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62D2D" w14:textId="77777777" w:rsidR="00013C70" w:rsidRDefault="00773A57">
      <w:pPr>
        <w:pStyle w:val="KonuBal"/>
      </w:pPr>
      <w:bookmarkStart w:id="0" w:name="_Hlk231290813"/>
      <w:r>
        <w:t xml:space="preserve">İl Milli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Müdürlüğü</w:t>
      </w:r>
      <w:proofErr w:type="spellEnd"/>
      <w:r>
        <w:t xml:space="preserve"> YEĞİTEK </w:t>
      </w:r>
      <w:proofErr w:type="spellStart"/>
      <w:r>
        <w:t>Şubesi</w:t>
      </w:r>
      <w:proofErr w:type="spellEnd"/>
      <w:r>
        <w:t xml:space="preserve"> STEM </w:t>
      </w:r>
      <w:proofErr w:type="spellStart"/>
      <w:r>
        <w:t>Faaliyetleri</w:t>
      </w:r>
      <w:proofErr w:type="spellEnd"/>
      <w:r>
        <w:t xml:space="preserve"> </w:t>
      </w:r>
      <w:proofErr w:type="spellStart"/>
      <w:r>
        <w:t>Raporu</w:t>
      </w:r>
      <w:proofErr w:type="spellEnd"/>
    </w:p>
    <w:p w14:paraId="292004BF" w14:textId="77777777" w:rsidR="00013C70" w:rsidRDefault="00000000">
      <w:pPr>
        <w:pStyle w:val="Balk1"/>
      </w:pPr>
      <w:r>
        <w:t>1. Webinarlar ve Çevrim İçi Eğitimler</w:t>
      </w:r>
    </w:p>
    <w:p w14:paraId="4C62CE5B" w14:textId="77777777" w:rsidR="000C7F29" w:rsidRDefault="00A90705" w:rsidP="00A90705">
      <w:pPr>
        <w:spacing w:line="240" w:lineRule="auto"/>
        <w:jc w:val="both"/>
      </w:pPr>
      <w:proofErr w:type="spellStart"/>
      <w:r>
        <w:t>İlimiz</w:t>
      </w:r>
      <w:proofErr w:type="spellEnd"/>
      <w:r>
        <w:t xml:space="preserve"> </w:t>
      </w:r>
      <w:proofErr w:type="spellStart"/>
      <w:r>
        <w:t>koordinasyonunda</w:t>
      </w:r>
      <w:proofErr w:type="spellEnd"/>
      <w:r>
        <w:t xml:space="preserve"> </w:t>
      </w:r>
      <w:proofErr w:type="spellStart"/>
      <w:r>
        <w:t>gerçekleştirilen</w:t>
      </w:r>
      <w:proofErr w:type="spellEnd"/>
      <w:r>
        <w:t xml:space="preserve"> STEM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Köprüsü</w:t>
      </w:r>
      <w:proofErr w:type="spellEnd"/>
      <w:r>
        <w:t xml:space="preserve"> </w:t>
      </w:r>
      <w:proofErr w:type="spellStart"/>
      <w:r>
        <w:t>Webinarları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250 </w:t>
      </w:r>
      <w:proofErr w:type="spellStart"/>
      <w:r>
        <w:t>civarında</w:t>
      </w:r>
      <w:proofErr w:type="spellEnd"/>
      <w:r>
        <w:t xml:space="preserve"> </w:t>
      </w:r>
      <w:proofErr w:type="spellStart"/>
      <w:r>
        <w:t>öğretmenimize</w:t>
      </w:r>
      <w:proofErr w:type="spellEnd"/>
      <w:r>
        <w:t xml:space="preserve"> </w:t>
      </w:r>
      <w:proofErr w:type="spellStart"/>
      <w:r>
        <w:t>rehberlik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>.</w:t>
      </w:r>
    </w:p>
    <w:p w14:paraId="05935107" w14:textId="77777777" w:rsidR="00013C70" w:rsidRPr="00A90705" w:rsidRDefault="00000000">
      <w:pPr>
        <w:pStyle w:val="Balk2"/>
        <w:rPr>
          <w:sz w:val="24"/>
          <w:szCs w:val="24"/>
        </w:rPr>
      </w:pPr>
      <w:r w:rsidRPr="00A90705">
        <w:rPr>
          <w:sz w:val="24"/>
          <w:szCs w:val="24"/>
        </w:rPr>
        <w:t xml:space="preserve">Webinar </w:t>
      </w:r>
      <w:proofErr w:type="spellStart"/>
      <w:r w:rsidRPr="00A90705">
        <w:rPr>
          <w:sz w:val="24"/>
          <w:szCs w:val="24"/>
        </w:rPr>
        <w:t>ve</w:t>
      </w:r>
      <w:proofErr w:type="spellEnd"/>
      <w:r w:rsidRPr="00A90705">
        <w:rPr>
          <w:sz w:val="24"/>
          <w:szCs w:val="24"/>
        </w:rPr>
        <w:t xml:space="preserve"> </w:t>
      </w:r>
      <w:proofErr w:type="spellStart"/>
      <w:r w:rsidRPr="00A90705">
        <w:rPr>
          <w:sz w:val="24"/>
          <w:szCs w:val="24"/>
        </w:rPr>
        <w:t>Çevrim</w:t>
      </w:r>
      <w:proofErr w:type="spellEnd"/>
      <w:r w:rsidRPr="00A90705">
        <w:rPr>
          <w:sz w:val="24"/>
          <w:szCs w:val="24"/>
        </w:rPr>
        <w:t xml:space="preserve"> </w:t>
      </w:r>
      <w:proofErr w:type="spellStart"/>
      <w:r w:rsidRPr="00A90705">
        <w:rPr>
          <w:sz w:val="24"/>
          <w:szCs w:val="24"/>
        </w:rPr>
        <w:t>İçi</w:t>
      </w:r>
      <w:proofErr w:type="spellEnd"/>
      <w:r w:rsidRPr="00A90705">
        <w:rPr>
          <w:sz w:val="24"/>
          <w:szCs w:val="24"/>
        </w:rPr>
        <w:t xml:space="preserve"> </w:t>
      </w:r>
      <w:proofErr w:type="spellStart"/>
      <w:r w:rsidRPr="00A90705">
        <w:rPr>
          <w:sz w:val="24"/>
          <w:szCs w:val="24"/>
        </w:rPr>
        <w:t>Eğitim</w:t>
      </w:r>
      <w:proofErr w:type="spellEnd"/>
      <w:r w:rsidRPr="00A90705">
        <w:rPr>
          <w:sz w:val="24"/>
          <w:szCs w:val="24"/>
        </w:rPr>
        <w:t xml:space="preserve"> Katılım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13C70" w14:paraId="53EFB506" w14:textId="77777777" w:rsidTr="000C7F29">
        <w:trPr>
          <w:trHeight w:val="517"/>
        </w:trPr>
        <w:tc>
          <w:tcPr>
            <w:tcW w:w="4320" w:type="dxa"/>
          </w:tcPr>
          <w:p w14:paraId="7F983675" w14:textId="77777777" w:rsidR="00013C70" w:rsidRDefault="00000000">
            <w:proofErr w:type="spellStart"/>
            <w:r>
              <w:t>Faaliyet</w:t>
            </w:r>
            <w:proofErr w:type="spellEnd"/>
          </w:p>
        </w:tc>
        <w:tc>
          <w:tcPr>
            <w:tcW w:w="4320" w:type="dxa"/>
          </w:tcPr>
          <w:p w14:paraId="0D6E1A32" w14:textId="77777777" w:rsidR="00013C70" w:rsidRDefault="00000000">
            <w:proofErr w:type="spellStart"/>
            <w:r>
              <w:t>Katılımcı</w:t>
            </w:r>
            <w:proofErr w:type="spellEnd"/>
            <w:r>
              <w:t xml:space="preserve"> </w:t>
            </w:r>
            <w:proofErr w:type="spellStart"/>
            <w:r w:rsidR="00275277">
              <w:t>Öğretmen</w:t>
            </w:r>
            <w:proofErr w:type="spellEnd"/>
            <w:r w:rsidR="00275277">
              <w:t xml:space="preserve"> </w:t>
            </w:r>
            <w:proofErr w:type="spellStart"/>
            <w:r>
              <w:t>Sayısı</w:t>
            </w:r>
            <w:proofErr w:type="spellEnd"/>
          </w:p>
        </w:tc>
      </w:tr>
      <w:tr w:rsidR="00013C70" w14:paraId="3F083CD8" w14:textId="77777777">
        <w:tc>
          <w:tcPr>
            <w:tcW w:w="4320" w:type="dxa"/>
          </w:tcPr>
          <w:p w14:paraId="2E007E3F" w14:textId="77777777" w:rsidR="00013C70" w:rsidRDefault="00000000">
            <w:proofErr w:type="spellStart"/>
            <w:r>
              <w:t>Ulusal</w:t>
            </w:r>
            <w:proofErr w:type="spellEnd"/>
            <w:r>
              <w:t xml:space="preserve"> STEM Çalıştayı</w:t>
            </w:r>
            <w:r w:rsidR="00275277">
              <w:t xml:space="preserve">-10 </w:t>
            </w:r>
            <w:proofErr w:type="spellStart"/>
            <w:r w:rsidR="00275277">
              <w:t>gün</w:t>
            </w:r>
            <w:proofErr w:type="spellEnd"/>
          </w:p>
        </w:tc>
        <w:tc>
          <w:tcPr>
            <w:tcW w:w="4320" w:type="dxa"/>
          </w:tcPr>
          <w:p w14:paraId="63F81345" w14:textId="77777777" w:rsidR="00013C70" w:rsidRDefault="00000000">
            <w:r>
              <w:t>20</w:t>
            </w:r>
          </w:p>
        </w:tc>
      </w:tr>
      <w:tr w:rsidR="00A90705" w14:paraId="52316718" w14:textId="77777777">
        <w:tc>
          <w:tcPr>
            <w:tcW w:w="4320" w:type="dxa"/>
          </w:tcPr>
          <w:p w14:paraId="3A131132" w14:textId="77777777" w:rsidR="00A90705" w:rsidRDefault="00A90705">
            <w:r>
              <w:t xml:space="preserve">STEM </w:t>
            </w:r>
            <w:proofErr w:type="spellStart"/>
            <w:r>
              <w:t>Nedir</w:t>
            </w:r>
            <w:proofErr w:type="spellEnd"/>
            <w:r>
              <w:t xml:space="preserve">, STEM </w:t>
            </w:r>
            <w:proofErr w:type="spellStart"/>
            <w:r>
              <w:t>Projeleri</w:t>
            </w:r>
            <w:proofErr w:type="spellEnd"/>
          </w:p>
        </w:tc>
        <w:tc>
          <w:tcPr>
            <w:tcW w:w="4320" w:type="dxa"/>
          </w:tcPr>
          <w:p w14:paraId="08878621" w14:textId="77777777" w:rsidR="00A90705" w:rsidRDefault="00A90705">
            <w:r>
              <w:t>40</w:t>
            </w:r>
          </w:p>
        </w:tc>
      </w:tr>
      <w:tr w:rsidR="00013C70" w14:paraId="3987EA0D" w14:textId="77777777">
        <w:tc>
          <w:tcPr>
            <w:tcW w:w="4320" w:type="dxa"/>
          </w:tcPr>
          <w:p w14:paraId="4C4CEC05" w14:textId="77777777" w:rsidR="00013C70" w:rsidRDefault="00000000">
            <w:r>
              <w:t xml:space="preserve">Canva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Yapay</w:t>
            </w:r>
            <w:proofErr w:type="spellEnd"/>
            <w:r>
              <w:t xml:space="preserve"> </w:t>
            </w:r>
            <w:proofErr w:type="spellStart"/>
            <w:r>
              <w:t>Zeka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</w:p>
        </w:tc>
        <w:tc>
          <w:tcPr>
            <w:tcW w:w="4320" w:type="dxa"/>
          </w:tcPr>
          <w:p w14:paraId="3E074FA9" w14:textId="77777777" w:rsidR="00013C70" w:rsidRDefault="00000000">
            <w:r>
              <w:t>70</w:t>
            </w:r>
          </w:p>
        </w:tc>
      </w:tr>
      <w:tr w:rsidR="00013C70" w14:paraId="6E848755" w14:textId="77777777">
        <w:tc>
          <w:tcPr>
            <w:tcW w:w="4320" w:type="dxa"/>
          </w:tcPr>
          <w:p w14:paraId="2E2ABE87" w14:textId="77777777" w:rsidR="00013C70" w:rsidRDefault="00000000">
            <w:proofErr w:type="spellStart"/>
            <w:r>
              <w:t>Scientix</w:t>
            </w:r>
            <w:proofErr w:type="spellEnd"/>
            <w:r>
              <w:t xml:space="preserve"> </w:t>
            </w:r>
            <w:proofErr w:type="spellStart"/>
            <w:r>
              <w:t>Elçiliği</w:t>
            </w:r>
            <w:proofErr w:type="spellEnd"/>
            <w:r>
              <w:t xml:space="preserve"> </w:t>
            </w:r>
            <w:proofErr w:type="spellStart"/>
            <w:r>
              <w:t>Webinar</w:t>
            </w:r>
            <w:r w:rsidR="00275277">
              <w:t>ı</w:t>
            </w:r>
            <w:proofErr w:type="spellEnd"/>
          </w:p>
        </w:tc>
        <w:tc>
          <w:tcPr>
            <w:tcW w:w="4320" w:type="dxa"/>
          </w:tcPr>
          <w:p w14:paraId="38DC17A9" w14:textId="77777777" w:rsidR="00013C70" w:rsidRDefault="00000000">
            <w:r>
              <w:t>30</w:t>
            </w:r>
          </w:p>
        </w:tc>
      </w:tr>
      <w:tr w:rsidR="00275277" w14:paraId="7B18C227" w14:textId="77777777">
        <w:tc>
          <w:tcPr>
            <w:tcW w:w="4320" w:type="dxa"/>
          </w:tcPr>
          <w:p w14:paraId="6D48B905" w14:textId="77777777" w:rsidR="00275277" w:rsidRDefault="00275277">
            <w:r>
              <w:t xml:space="preserve">STEM </w:t>
            </w:r>
            <w:proofErr w:type="spellStart"/>
            <w:r>
              <w:t>Senaryosu</w:t>
            </w:r>
            <w:proofErr w:type="spellEnd"/>
            <w:r>
              <w:t xml:space="preserve"> </w:t>
            </w:r>
            <w:proofErr w:type="spellStart"/>
            <w:r>
              <w:t>Yazma</w:t>
            </w:r>
            <w:proofErr w:type="spellEnd"/>
            <w:r>
              <w:t xml:space="preserve"> </w:t>
            </w:r>
            <w:proofErr w:type="spellStart"/>
            <w:r>
              <w:t>Webinarı</w:t>
            </w:r>
            <w:proofErr w:type="spellEnd"/>
          </w:p>
        </w:tc>
        <w:tc>
          <w:tcPr>
            <w:tcW w:w="4320" w:type="dxa"/>
          </w:tcPr>
          <w:p w14:paraId="19EED973" w14:textId="77777777" w:rsidR="00275277" w:rsidRDefault="00275277">
            <w:r>
              <w:t>40</w:t>
            </w:r>
          </w:p>
        </w:tc>
      </w:tr>
      <w:tr w:rsidR="00275277" w14:paraId="083BD303" w14:textId="77777777">
        <w:tc>
          <w:tcPr>
            <w:tcW w:w="4320" w:type="dxa"/>
          </w:tcPr>
          <w:p w14:paraId="7FDD46E7" w14:textId="77777777" w:rsidR="00275277" w:rsidRDefault="00275277">
            <w:r>
              <w:t xml:space="preserve">STEM </w:t>
            </w:r>
            <w:proofErr w:type="spellStart"/>
            <w:r>
              <w:t>Keşif</w:t>
            </w:r>
            <w:proofErr w:type="spellEnd"/>
            <w:r>
              <w:t xml:space="preserve"> </w:t>
            </w:r>
            <w:proofErr w:type="spellStart"/>
            <w:r>
              <w:t>Kampanyası</w:t>
            </w:r>
            <w:proofErr w:type="spellEnd"/>
            <w:r>
              <w:t xml:space="preserve"> </w:t>
            </w:r>
            <w:proofErr w:type="spellStart"/>
            <w:r>
              <w:t>Webinarı</w:t>
            </w:r>
            <w:proofErr w:type="spellEnd"/>
          </w:p>
        </w:tc>
        <w:tc>
          <w:tcPr>
            <w:tcW w:w="4320" w:type="dxa"/>
          </w:tcPr>
          <w:p w14:paraId="66F60C1E" w14:textId="77777777" w:rsidR="00275277" w:rsidRDefault="00275277">
            <w:r>
              <w:t>50</w:t>
            </w:r>
          </w:p>
        </w:tc>
      </w:tr>
    </w:tbl>
    <w:p w14:paraId="7A1AD415" w14:textId="77777777" w:rsidR="00275277" w:rsidRDefault="00000000" w:rsidP="000C7F29">
      <w:pPr>
        <w:pStyle w:val="Balk1"/>
      </w:pPr>
      <w:r>
        <w:t xml:space="preserve">2. </w:t>
      </w:r>
      <w:proofErr w:type="spellStart"/>
      <w:r>
        <w:t>Mahalli</w:t>
      </w:r>
      <w:proofErr w:type="spellEnd"/>
      <w:r>
        <w:t xml:space="preserve"> </w:t>
      </w:r>
      <w:proofErr w:type="spellStart"/>
      <w:r>
        <w:t>Eğitimler</w:t>
      </w:r>
      <w:proofErr w:type="spellEnd"/>
    </w:p>
    <w:p w14:paraId="72471A18" w14:textId="77777777" w:rsidR="000C7F29" w:rsidRPr="000C7F29" w:rsidRDefault="000C7F29">
      <w:pPr>
        <w:pStyle w:val="Balk2"/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</w:pPr>
      <w:proofErr w:type="spellStart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Keşap</w:t>
      </w:r>
      <w:proofErr w:type="spellEnd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ve</w:t>
      </w:r>
      <w:proofErr w:type="spellEnd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Piraziz</w:t>
      </w:r>
      <w:proofErr w:type="spellEnd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ilçelerimizde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STEM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Temel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ve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İleri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Seviye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Kursları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düzenlenmiştir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.</w:t>
      </w:r>
    </w:p>
    <w:p w14:paraId="2CC0FD49" w14:textId="77777777" w:rsidR="00013C70" w:rsidRPr="000C7F29" w:rsidRDefault="00000000">
      <w:pPr>
        <w:pStyle w:val="Balk2"/>
        <w:rPr>
          <w:sz w:val="24"/>
          <w:szCs w:val="24"/>
        </w:rPr>
      </w:pPr>
      <w:proofErr w:type="spellStart"/>
      <w:r w:rsidRPr="000C7F29">
        <w:rPr>
          <w:sz w:val="24"/>
          <w:szCs w:val="24"/>
        </w:rPr>
        <w:t>Mahalli</w:t>
      </w:r>
      <w:proofErr w:type="spellEnd"/>
      <w:r w:rsidRPr="000C7F29">
        <w:rPr>
          <w:sz w:val="24"/>
          <w:szCs w:val="24"/>
        </w:rPr>
        <w:t xml:space="preserve"> </w:t>
      </w:r>
      <w:proofErr w:type="spellStart"/>
      <w:r w:rsidR="00275277" w:rsidRPr="000C7F29">
        <w:rPr>
          <w:sz w:val="24"/>
          <w:szCs w:val="24"/>
        </w:rPr>
        <w:t>Hizmet</w:t>
      </w:r>
      <w:proofErr w:type="spellEnd"/>
      <w:r w:rsidR="00275277" w:rsidRPr="000C7F29">
        <w:rPr>
          <w:sz w:val="24"/>
          <w:szCs w:val="24"/>
        </w:rPr>
        <w:t xml:space="preserve"> </w:t>
      </w:r>
      <w:proofErr w:type="spellStart"/>
      <w:r w:rsidR="00275277" w:rsidRPr="000C7F29">
        <w:rPr>
          <w:sz w:val="24"/>
          <w:szCs w:val="24"/>
        </w:rPr>
        <w:t>İçi</w:t>
      </w:r>
      <w:proofErr w:type="spellEnd"/>
      <w:r w:rsidR="00275277" w:rsidRPr="000C7F29">
        <w:rPr>
          <w:sz w:val="24"/>
          <w:szCs w:val="24"/>
        </w:rPr>
        <w:t xml:space="preserve"> </w:t>
      </w:r>
      <w:proofErr w:type="spellStart"/>
      <w:r w:rsidRPr="000C7F29">
        <w:rPr>
          <w:sz w:val="24"/>
          <w:szCs w:val="24"/>
        </w:rPr>
        <w:t>Eğitim</w:t>
      </w:r>
      <w:proofErr w:type="spellEnd"/>
      <w:r w:rsidRPr="000C7F29">
        <w:rPr>
          <w:sz w:val="24"/>
          <w:szCs w:val="24"/>
        </w:rPr>
        <w:t xml:space="preserve"> </w:t>
      </w:r>
      <w:proofErr w:type="spellStart"/>
      <w:r w:rsidRPr="000C7F29">
        <w:rPr>
          <w:sz w:val="24"/>
          <w:szCs w:val="24"/>
        </w:rPr>
        <w:t>Katılım</w:t>
      </w:r>
      <w:proofErr w:type="spellEnd"/>
      <w:r w:rsidRPr="000C7F29">
        <w:rPr>
          <w:sz w:val="24"/>
          <w:szCs w:val="24"/>
        </w:rPr>
        <w:t xml:space="preserve"> </w:t>
      </w:r>
      <w:proofErr w:type="spellStart"/>
      <w:r w:rsidRPr="000C7F29">
        <w:rPr>
          <w:sz w:val="24"/>
          <w:szCs w:val="24"/>
        </w:rPr>
        <w:t>Tablosu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13C70" w14:paraId="2D043733" w14:textId="77777777" w:rsidTr="00275277">
        <w:trPr>
          <w:trHeight w:val="440"/>
        </w:trPr>
        <w:tc>
          <w:tcPr>
            <w:tcW w:w="4320" w:type="dxa"/>
          </w:tcPr>
          <w:p w14:paraId="02C1A906" w14:textId="77777777" w:rsidR="00013C70" w:rsidRDefault="00000000">
            <w:proofErr w:type="spellStart"/>
            <w:r>
              <w:t>Faaliyet</w:t>
            </w:r>
            <w:proofErr w:type="spellEnd"/>
          </w:p>
        </w:tc>
        <w:tc>
          <w:tcPr>
            <w:tcW w:w="4320" w:type="dxa"/>
          </w:tcPr>
          <w:p w14:paraId="5A7DF3F0" w14:textId="77777777" w:rsidR="00013C70" w:rsidRDefault="00000000">
            <w:proofErr w:type="spellStart"/>
            <w:r>
              <w:t>Katılımcı</w:t>
            </w:r>
            <w:proofErr w:type="spellEnd"/>
            <w:r>
              <w:t xml:space="preserve"> </w:t>
            </w:r>
            <w:proofErr w:type="spellStart"/>
            <w:r w:rsidR="000C7F29">
              <w:t>Öğretmen</w:t>
            </w:r>
            <w:proofErr w:type="spellEnd"/>
            <w:r w:rsidR="000C7F29">
              <w:t xml:space="preserve"> </w:t>
            </w:r>
            <w:proofErr w:type="spellStart"/>
            <w:r>
              <w:t>Sayısı</w:t>
            </w:r>
            <w:proofErr w:type="spellEnd"/>
          </w:p>
        </w:tc>
      </w:tr>
      <w:tr w:rsidR="00275277" w14:paraId="263F7C86" w14:textId="77777777">
        <w:tc>
          <w:tcPr>
            <w:tcW w:w="4320" w:type="dxa"/>
          </w:tcPr>
          <w:p w14:paraId="15C6776C" w14:textId="77777777" w:rsidR="00275277" w:rsidRDefault="00275277">
            <w:r>
              <w:t xml:space="preserve">STEM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Seviye</w:t>
            </w:r>
            <w:proofErr w:type="spellEnd"/>
            <w:r>
              <w:t xml:space="preserve"> </w:t>
            </w:r>
            <w:proofErr w:type="spellStart"/>
            <w:r>
              <w:t>Kursu</w:t>
            </w:r>
            <w:proofErr w:type="spellEnd"/>
            <w:r>
              <w:t xml:space="preserve"> (</w:t>
            </w:r>
            <w:proofErr w:type="spellStart"/>
            <w:r>
              <w:t>Keşap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14:paraId="79E0202E" w14:textId="77777777" w:rsidR="00275277" w:rsidRDefault="00275277">
            <w:r>
              <w:t>28</w:t>
            </w:r>
          </w:p>
        </w:tc>
      </w:tr>
      <w:tr w:rsidR="00275277" w14:paraId="3702F781" w14:textId="77777777">
        <w:tc>
          <w:tcPr>
            <w:tcW w:w="4320" w:type="dxa"/>
          </w:tcPr>
          <w:p w14:paraId="6C98E53D" w14:textId="77777777" w:rsidR="00275277" w:rsidRDefault="00275277" w:rsidP="00275277">
            <w:r>
              <w:t xml:space="preserve">STEM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Seviye</w:t>
            </w:r>
            <w:proofErr w:type="spellEnd"/>
            <w:r>
              <w:t xml:space="preserve"> </w:t>
            </w:r>
            <w:proofErr w:type="spellStart"/>
            <w:r>
              <w:t>Kursu</w:t>
            </w:r>
            <w:proofErr w:type="spellEnd"/>
            <w:r>
              <w:t xml:space="preserve"> (</w:t>
            </w:r>
            <w:proofErr w:type="spellStart"/>
            <w:r>
              <w:t>Piraziz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14:paraId="409F36B8" w14:textId="77777777" w:rsidR="00275277" w:rsidRDefault="00275277" w:rsidP="00275277">
            <w:r>
              <w:t>26</w:t>
            </w:r>
          </w:p>
        </w:tc>
      </w:tr>
      <w:tr w:rsidR="00275277" w14:paraId="7F81F51B" w14:textId="77777777">
        <w:tc>
          <w:tcPr>
            <w:tcW w:w="4320" w:type="dxa"/>
          </w:tcPr>
          <w:p w14:paraId="07DDCE5B" w14:textId="77777777" w:rsidR="00275277" w:rsidRDefault="00275277" w:rsidP="00275277">
            <w:r>
              <w:t xml:space="preserve">STEM </w:t>
            </w:r>
            <w:proofErr w:type="spellStart"/>
            <w:r>
              <w:t>İleri</w:t>
            </w:r>
            <w:proofErr w:type="spellEnd"/>
            <w:r>
              <w:t xml:space="preserve"> </w:t>
            </w:r>
            <w:proofErr w:type="spellStart"/>
            <w:r>
              <w:t>Seviye</w:t>
            </w:r>
            <w:proofErr w:type="spellEnd"/>
            <w:r>
              <w:t xml:space="preserve"> </w:t>
            </w:r>
            <w:proofErr w:type="spellStart"/>
            <w:r>
              <w:t>Kursu</w:t>
            </w:r>
            <w:proofErr w:type="spellEnd"/>
            <w:r>
              <w:t xml:space="preserve"> (</w:t>
            </w:r>
            <w:proofErr w:type="spellStart"/>
            <w:r>
              <w:t>Keşap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14:paraId="63423F44" w14:textId="77777777" w:rsidR="00275277" w:rsidRDefault="00275277" w:rsidP="00275277">
            <w:r>
              <w:t>28</w:t>
            </w:r>
          </w:p>
        </w:tc>
      </w:tr>
      <w:tr w:rsidR="00275277" w14:paraId="6FFAFBAA" w14:textId="77777777">
        <w:tc>
          <w:tcPr>
            <w:tcW w:w="4320" w:type="dxa"/>
          </w:tcPr>
          <w:p w14:paraId="37A5121B" w14:textId="77777777" w:rsidR="00275277" w:rsidRDefault="00275277" w:rsidP="00275277">
            <w:r>
              <w:t>STEM İleri Seviye Kursu (Piraziz)</w:t>
            </w:r>
          </w:p>
        </w:tc>
        <w:tc>
          <w:tcPr>
            <w:tcW w:w="4320" w:type="dxa"/>
          </w:tcPr>
          <w:p w14:paraId="52B4750B" w14:textId="77777777" w:rsidR="00275277" w:rsidRDefault="00275277" w:rsidP="00275277">
            <w:r>
              <w:t>24</w:t>
            </w:r>
          </w:p>
        </w:tc>
      </w:tr>
    </w:tbl>
    <w:p w14:paraId="0A958C57" w14:textId="77777777" w:rsidR="00013C70" w:rsidRDefault="00000000">
      <w:pPr>
        <w:pStyle w:val="Balk1"/>
      </w:pPr>
      <w:r>
        <w:t xml:space="preserve">3. </w:t>
      </w:r>
      <w:proofErr w:type="spellStart"/>
      <w:r>
        <w:t>Yüzyüze</w:t>
      </w:r>
      <w:proofErr w:type="spellEnd"/>
      <w:r>
        <w:t xml:space="preserve"> </w:t>
      </w:r>
      <w:proofErr w:type="spellStart"/>
      <w:r>
        <w:t>Bilgilendirme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Koordinasyon</w:t>
      </w:r>
      <w:proofErr w:type="spellEnd"/>
      <w:r>
        <w:t xml:space="preserve"> </w:t>
      </w:r>
      <w:proofErr w:type="spellStart"/>
      <w:r>
        <w:t>Toplantıları</w:t>
      </w:r>
      <w:proofErr w:type="spellEnd"/>
    </w:p>
    <w:p w14:paraId="2635A885" w14:textId="77777777" w:rsidR="00013C70" w:rsidRDefault="00000000">
      <w:proofErr w:type="spellStart"/>
      <w:r>
        <w:t>Toplamda</w:t>
      </w:r>
      <w:proofErr w:type="spellEnd"/>
      <w:r>
        <w:t xml:space="preserve"> 1</w:t>
      </w:r>
      <w:r w:rsidR="00275277">
        <w:t>72</w:t>
      </w:r>
      <w:r>
        <w:t xml:space="preserve"> </w:t>
      </w:r>
      <w:proofErr w:type="spellStart"/>
      <w:r>
        <w:t>öğretmen</w:t>
      </w:r>
      <w:proofErr w:type="spellEnd"/>
      <w:r w:rsidR="00210BB2">
        <w:t xml:space="preserve">, 13 </w:t>
      </w:r>
      <w:proofErr w:type="spellStart"/>
      <w:r w:rsidR="00210BB2">
        <w:t>Akademisyen</w:t>
      </w:r>
      <w:proofErr w:type="spellEnd"/>
      <w:r w:rsidR="00A90705">
        <w:t xml:space="preserve"> </w:t>
      </w:r>
      <w:proofErr w:type="spellStart"/>
      <w:r>
        <w:t>bilgilendirme</w:t>
      </w:r>
      <w:proofErr w:type="spellEnd"/>
      <w:r>
        <w:t xml:space="preserve"> </w:t>
      </w:r>
      <w:proofErr w:type="spellStart"/>
      <w:r>
        <w:t>toplantılarına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sağlamıştır</w:t>
      </w:r>
      <w:proofErr w:type="spellEnd"/>
      <w:r>
        <w:t>.</w:t>
      </w:r>
      <w:r w:rsidR="000C7F29">
        <w:t xml:space="preserve"> </w:t>
      </w:r>
    </w:p>
    <w:p w14:paraId="738EB1A8" w14:textId="77777777" w:rsidR="00013C70" w:rsidRPr="00FF1D6C" w:rsidRDefault="00000000">
      <w:pPr>
        <w:pStyle w:val="Balk2"/>
        <w:rPr>
          <w:sz w:val="24"/>
          <w:szCs w:val="24"/>
        </w:rPr>
      </w:pPr>
      <w:r w:rsidRPr="00FF1D6C">
        <w:rPr>
          <w:sz w:val="24"/>
          <w:szCs w:val="24"/>
        </w:rPr>
        <w:t>Bilgilendirme Toplantıları Katılım Detayları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13C70" w14:paraId="5D3DE9BA" w14:textId="77777777" w:rsidTr="000C7F29">
        <w:trPr>
          <w:trHeight w:val="444"/>
        </w:trPr>
        <w:tc>
          <w:tcPr>
            <w:tcW w:w="4320" w:type="dxa"/>
          </w:tcPr>
          <w:p w14:paraId="444274D7" w14:textId="77777777" w:rsidR="00013C70" w:rsidRDefault="00000000">
            <w:proofErr w:type="spellStart"/>
            <w:r>
              <w:t>İlçe</w:t>
            </w:r>
            <w:proofErr w:type="spellEnd"/>
          </w:p>
        </w:tc>
        <w:tc>
          <w:tcPr>
            <w:tcW w:w="4320" w:type="dxa"/>
          </w:tcPr>
          <w:p w14:paraId="44892ADB" w14:textId="77777777" w:rsidR="00013C70" w:rsidRDefault="00000000">
            <w:proofErr w:type="spellStart"/>
            <w:r>
              <w:t>Katılımcı</w:t>
            </w:r>
            <w:proofErr w:type="spellEnd"/>
            <w:r w:rsidR="00FF1D6C">
              <w:t xml:space="preserve"> </w:t>
            </w:r>
            <w:proofErr w:type="spellStart"/>
            <w:r>
              <w:t>Sayısı</w:t>
            </w:r>
            <w:proofErr w:type="spellEnd"/>
          </w:p>
        </w:tc>
      </w:tr>
      <w:tr w:rsidR="00013C70" w14:paraId="5B5134A8" w14:textId="77777777">
        <w:tc>
          <w:tcPr>
            <w:tcW w:w="4320" w:type="dxa"/>
          </w:tcPr>
          <w:p w14:paraId="2B3C5A11" w14:textId="77777777" w:rsidR="00013C70" w:rsidRDefault="00000000">
            <w:r>
              <w:t>Merkez/</w:t>
            </w:r>
            <w:proofErr w:type="spellStart"/>
            <w:r>
              <w:t>Keşap</w:t>
            </w:r>
            <w:proofErr w:type="spellEnd"/>
            <w:r>
              <w:t>/</w:t>
            </w:r>
            <w:proofErr w:type="spellStart"/>
            <w:r>
              <w:t>Dereli</w:t>
            </w:r>
            <w:proofErr w:type="spellEnd"/>
          </w:p>
        </w:tc>
        <w:tc>
          <w:tcPr>
            <w:tcW w:w="4320" w:type="dxa"/>
          </w:tcPr>
          <w:p w14:paraId="4557FB51" w14:textId="77777777" w:rsidR="00013C70" w:rsidRDefault="00000000">
            <w:r>
              <w:t>62</w:t>
            </w:r>
            <w:r w:rsidR="00FF1D6C">
              <w:t xml:space="preserve"> </w:t>
            </w:r>
            <w:proofErr w:type="spellStart"/>
            <w:r w:rsidR="00FF1D6C">
              <w:t>Öğretmen</w:t>
            </w:r>
            <w:proofErr w:type="spellEnd"/>
          </w:p>
        </w:tc>
      </w:tr>
      <w:tr w:rsidR="00013C70" w14:paraId="26C74FA4" w14:textId="77777777">
        <w:tc>
          <w:tcPr>
            <w:tcW w:w="4320" w:type="dxa"/>
          </w:tcPr>
          <w:p w14:paraId="555DEFE4" w14:textId="77777777" w:rsidR="00013C70" w:rsidRDefault="00000000">
            <w:r>
              <w:t>Bulancak</w:t>
            </w:r>
          </w:p>
        </w:tc>
        <w:tc>
          <w:tcPr>
            <w:tcW w:w="4320" w:type="dxa"/>
          </w:tcPr>
          <w:p w14:paraId="0FC8D606" w14:textId="77777777" w:rsidR="00013C70" w:rsidRDefault="00275277">
            <w:r>
              <w:t>46</w:t>
            </w:r>
            <w:r w:rsidR="00FF1D6C">
              <w:t xml:space="preserve"> </w:t>
            </w:r>
            <w:proofErr w:type="spellStart"/>
            <w:r w:rsidR="00FF1D6C">
              <w:t>Öğretmen</w:t>
            </w:r>
            <w:proofErr w:type="spellEnd"/>
          </w:p>
        </w:tc>
      </w:tr>
      <w:tr w:rsidR="00013C70" w14:paraId="131FAC30" w14:textId="77777777">
        <w:tc>
          <w:tcPr>
            <w:tcW w:w="4320" w:type="dxa"/>
          </w:tcPr>
          <w:p w14:paraId="4747078A" w14:textId="77777777" w:rsidR="00013C70" w:rsidRDefault="00000000">
            <w:r>
              <w:t>Piraziz</w:t>
            </w:r>
          </w:p>
        </w:tc>
        <w:tc>
          <w:tcPr>
            <w:tcW w:w="4320" w:type="dxa"/>
          </w:tcPr>
          <w:p w14:paraId="0AF9257C" w14:textId="77777777" w:rsidR="00013C70" w:rsidRDefault="00000000">
            <w:r>
              <w:t>15</w:t>
            </w:r>
            <w:r w:rsidR="00FF1D6C">
              <w:t xml:space="preserve"> </w:t>
            </w:r>
            <w:proofErr w:type="spellStart"/>
            <w:r w:rsidR="00FF1D6C">
              <w:t>Öğretmen</w:t>
            </w:r>
            <w:proofErr w:type="spellEnd"/>
          </w:p>
        </w:tc>
      </w:tr>
      <w:tr w:rsidR="00013C70" w14:paraId="651EC71F" w14:textId="77777777">
        <w:tc>
          <w:tcPr>
            <w:tcW w:w="4320" w:type="dxa"/>
          </w:tcPr>
          <w:p w14:paraId="411D725F" w14:textId="77777777" w:rsidR="00013C70" w:rsidRDefault="00000000">
            <w:r>
              <w:t>Görele/Eynesil/Çanakçı</w:t>
            </w:r>
          </w:p>
        </w:tc>
        <w:tc>
          <w:tcPr>
            <w:tcW w:w="4320" w:type="dxa"/>
          </w:tcPr>
          <w:p w14:paraId="21B9848D" w14:textId="77777777" w:rsidR="00013C70" w:rsidRDefault="00000000">
            <w:r>
              <w:t>22</w:t>
            </w:r>
            <w:r w:rsidR="00FF1D6C">
              <w:t xml:space="preserve"> </w:t>
            </w:r>
            <w:proofErr w:type="spellStart"/>
            <w:r w:rsidR="00FF1D6C">
              <w:t>Öğretmen</w:t>
            </w:r>
            <w:proofErr w:type="spellEnd"/>
          </w:p>
        </w:tc>
      </w:tr>
      <w:tr w:rsidR="00013C70" w14:paraId="66D96AD6" w14:textId="77777777">
        <w:tc>
          <w:tcPr>
            <w:tcW w:w="4320" w:type="dxa"/>
          </w:tcPr>
          <w:p w14:paraId="68C9EF6A" w14:textId="77777777" w:rsidR="00013C70" w:rsidRDefault="00000000">
            <w:r>
              <w:t>Espiye/Yağlıdere/Güce</w:t>
            </w:r>
          </w:p>
        </w:tc>
        <w:tc>
          <w:tcPr>
            <w:tcW w:w="4320" w:type="dxa"/>
          </w:tcPr>
          <w:p w14:paraId="25F298B7" w14:textId="77777777" w:rsidR="00013C70" w:rsidRDefault="00000000">
            <w:r>
              <w:t>17</w:t>
            </w:r>
            <w:r w:rsidR="00FF1D6C">
              <w:t xml:space="preserve"> </w:t>
            </w:r>
            <w:proofErr w:type="spellStart"/>
            <w:r w:rsidR="00FF1D6C">
              <w:t>Öğretmen</w:t>
            </w:r>
            <w:proofErr w:type="spellEnd"/>
          </w:p>
        </w:tc>
      </w:tr>
      <w:tr w:rsidR="00013C70" w14:paraId="5F314E7B" w14:textId="77777777">
        <w:tc>
          <w:tcPr>
            <w:tcW w:w="4320" w:type="dxa"/>
          </w:tcPr>
          <w:p w14:paraId="3DE48316" w14:textId="77777777" w:rsidR="00013C70" w:rsidRDefault="00000000">
            <w:r>
              <w:t>Tirebolu/Doğankent</w:t>
            </w:r>
          </w:p>
        </w:tc>
        <w:tc>
          <w:tcPr>
            <w:tcW w:w="4320" w:type="dxa"/>
          </w:tcPr>
          <w:p w14:paraId="0285B9B0" w14:textId="77777777" w:rsidR="00013C70" w:rsidRDefault="00000000">
            <w:r>
              <w:t>10</w:t>
            </w:r>
            <w:r w:rsidR="00FF1D6C">
              <w:t xml:space="preserve"> </w:t>
            </w:r>
            <w:proofErr w:type="spellStart"/>
            <w:r w:rsidR="00FF1D6C">
              <w:t>Öğretmen</w:t>
            </w:r>
            <w:proofErr w:type="spellEnd"/>
          </w:p>
        </w:tc>
      </w:tr>
      <w:tr w:rsidR="00FF1D6C" w14:paraId="68AC4E64" w14:textId="77777777">
        <w:tc>
          <w:tcPr>
            <w:tcW w:w="4320" w:type="dxa"/>
          </w:tcPr>
          <w:p w14:paraId="019CB1B6" w14:textId="77777777" w:rsidR="00FF1D6C" w:rsidRDefault="00FF1D6C">
            <w:r>
              <w:t xml:space="preserve">Giresun </w:t>
            </w:r>
            <w:proofErr w:type="spellStart"/>
            <w:r>
              <w:t>Üniversitesi</w:t>
            </w:r>
            <w:proofErr w:type="spellEnd"/>
            <w:r>
              <w:t>/Merkez</w:t>
            </w:r>
          </w:p>
        </w:tc>
        <w:tc>
          <w:tcPr>
            <w:tcW w:w="4320" w:type="dxa"/>
          </w:tcPr>
          <w:p w14:paraId="735A423F" w14:textId="77777777" w:rsidR="00FF1D6C" w:rsidRDefault="00FF1D6C">
            <w:r>
              <w:t xml:space="preserve">13 </w:t>
            </w:r>
            <w:proofErr w:type="spellStart"/>
            <w:r>
              <w:t>Akademisyen</w:t>
            </w:r>
            <w:proofErr w:type="spellEnd"/>
          </w:p>
        </w:tc>
      </w:tr>
    </w:tbl>
    <w:p w14:paraId="35484019" w14:textId="77777777" w:rsidR="000C7F29" w:rsidRPr="000C7F29" w:rsidRDefault="00000000" w:rsidP="00A90705">
      <w:pPr>
        <w:pStyle w:val="Balk1"/>
      </w:pPr>
      <w:r>
        <w:lastRenderedPageBreak/>
        <w:t xml:space="preserve">4. STEM </w:t>
      </w:r>
      <w:proofErr w:type="spellStart"/>
      <w:r>
        <w:t>Keşif</w:t>
      </w:r>
      <w:proofErr w:type="spellEnd"/>
      <w:r>
        <w:t xml:space="preserve"> </w:t>
      </w:r>
      <w:proofErr w:type="spellStart"/>
      <w:r>
        <w:t>Kampanyası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Yarışmalar</w:t>
      </w:r>
      <w:proofErr w:type="spellEnd"/>
    </w:p>
    <w:p w14:paraId="2FCFDCE5" w14:textId="77777777" w:rsidR="00210BB2" w:rsidRDefault="00210BB2"/>
    <w:p w14:paraId="545A008D" w14:textId="77777777" w:rsidR="00013C70" w:rsidRDefault="00275277">
      <w:r>
        <w:t xml:space="preserve">STEM </w:t>
      </w:r>
      <w:proofErr w:type="spellStart"/>
      <w:r>
        <w:t>Keşif</w:t>
      </w:r>
      <w:proofErr w:type="spellEnd"/>
      <w:r>
        <w:t xml:space="preserve"> </w:t>
      </w:r>
      <w:proofErr w:type="spellStart"/>
      <w:r>
        <w:t>Kampanyası</w:t>
      </w:r>
      <w:proofErr w:type="spellEnd"/>
      <w:r>
        <w:t xml:space="preserve"> </w:t>
      </w:r>
      <w:proofErr w:type="spellStart"/>
      <w:r>
        <w:t>Yarışmalarına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çevrim</w:t>
      </w:r>
      <w:proofErr w:type="spellEnd"/>
      <w:r>
        <w:t xml:space="preserve"> </w:t>
      </w:r>
      <w:proofErr w:type="spellStart"/>
      <w:r>
        <w:t>içi</w:t>
      </w:r>
      <w:proofErr w:type="spellEnd"/>
      <w:r>
        <w:t xml:space="preserve"> </w:t>
      </w:r>
      <w:proofErr w:type="spellStart"/>
      <w:r>
        <w:t>webinarlar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yüz</w:t>
      </w:r>
      <w:proofErr w:type="spellEnd"/>
      <w:r>
        <w:t xml:space="preserve"> </w:t>
      </w:r>
      <w:proofErr w:type="spellStart"/>
      <w:r>
        <w:t>yüze</w:t>
      </w:r>
      <w:proofErr w:type="spellEnd"/>
      <w:r>
        <w:t xml:space="preserve"> </w:t>
      </w:r>
      <w:proofErr w:type="spellStart"/>
      <w:r>
        <w:t>bilgilendirme</w:t>
      </w:r>
      <w:proofErr w:type="spellEnd"/>
      <w:r>
        <w:t xml:space="preserve"> </w:t>
      </w:r>
      <w:proofErr w:type="spellStart"/>
      <w:r>
        <w:t>toplantıları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öğretmenlerimize</w:t>
      </w:r>
      <w:proofErr w:type="spellEnd"/>
      <w:r>
        <w:t xml:space="preserve"> </w:t>
      </w:r>
      <w:proofErr w:type="spellStart"/>
      <w:r>
        <w:t>rehberlik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, il </w:t>
      </w:r>
      <w:proofErr w:type="spellStart"/>
      <w:r>
        <w:t>genelinde</w:t>
      </w:r>
      <w:proofErr w:type="spellEnd"/>
      <w:r>
        <w:t xml:space="preserve"> </w:t>
      </w:r>
      <w:proofErr w:type="spellStart"/>
      <w:r>
        <w:t>yarışmalara</w:t>
      </w:r>
      <w:proofErr w:type="spellEnd"/>
      <w:r>
        <w:t xml:space="preserve"> </w:t>
      </w:r>
      <w:proofErr w:type="spellStart"/>
      <w:r>
        <w:t>toplam</w:t>
      </w:r>
      <w:proofErr w:type="spellEnd"/>
      <w:r>
        <w:t xml:space="preserve"> 84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sağlanmıştır</w:t>
      </w:r>
      <w:proofErr w:type="spellEnd"/>
      <w:r>
        <w:t>.</w:t>
      </w:r>
    </w:p>
    <w:p w14:paraId="1BD40661" w14:textId="77777777" w:rsidR="00275277" w:rsidRDefault="00000000" w:rsidP="00A90705">
      <w:pPr>
        <w:pStyle w:val="Balk1"/>
      </w:pPr>
      <w:r>
        <w:t xml:space="preserve">5. </w:t>
      </w:r>
      <w:r w:rsidR="00275277">
        <w:t xml:space="preserve">STEM </w:t>
      </w:r>
      <w:proofErr w:type="spellStart"/>
      <w:r w:rsidR="00275277">
        <w:t>Okul</w:t>
      </w:r>
      <w:proofErr w:type="spellEnd"/>
      <w:r w:rsidR="00275277">
        <w:t xml:space="preserve"> </w:t>
      </w:r>
      <w:proofErr w:type="spellStart"/>
      <w:r>
        <w:t>Etiket</w:t>
      </w:r>
      <w:r w:rsidR="00275277">
        <w:t>i</w:t>
      </w:r>
      <w:proofErr w:type="spellEnd"/>
      <w:r>
        <w:t xml:space="preserve"> </w:t>
      </w:r>
      <w:proofErr w:type="spellStart"/>
      <w:r>
        <w:t>Çalışmaları</w:t>
      </w:r>
      <w:proofErr w:type="spellEnd"/>
      <w:r w:rsidR="000C7F29">
        <w:t xml:space="preserve"> </w:t>
      </w:r>
    </w:p>
    <w:p w14:paraId="300572F5" w14:textId="77777777" w:rsidR="00210BB2" w:rsidRDefault="00210BB2"/>
    <w:p w14:paraId="5C17F1ED" w14:textId="77777777" w:rsidR="00275277" w:rsidRDefault="00275277">
      <w:proofErr w:type="spellStart"/>
      <w:r>
        <w:t>Mithatpaşa</w:t>
      </w:r>
      <w:proofErr w:type="spellEnd"/>
      <w:r>
        <w:t xml:space="preserve"> </w:t>
      </w:r>
      <w:proofErr w:type="spellStart"/>
      <w:r>
        <w:t>Ortaokulu</w:t>
      </w:r>
      <w:proofErr w:type="spellEnd"/>
      <w:r>
        <w:t>,</w:t>
      </w:r>
    </w:p>
    <w:p w14:paraId="1DA8F188" w14:textId="77777777" w:rsidR="00275277" w:rsidRDefault="00275277">
      <w:r>
        <w:t xml:space="preserve">Giresun </w:t>
      </w:r>
      <w:proofErr w:type="spellStart"/>
      <w:r>
        <w:t>Mesleki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Teknik Anadolu </w:t>
      </w:r>
      <w:proofErr w:type="spellStart"/>
      <w:r>
        <w:t>Lisesi</w:t>
      </w:r>
      <w:proofErr w:type="spellEnd"/>
    </w:p>
    <w:p w14:paraId="7546BF7A" w14:textId="77777777" w:rsidR="00275277" w:rsidRDefault="00275277">
      <w:r>
        <w:t xml:space="preserve">Aksu 15 </w:t>
      </w:r>
      <w:proofErr w:type="spellStart"/>
      <w:r>
        <w:t>Temmuz</w:t>
      </w:r>
      <w:proofErr w:type="spellEnd"/>
      <w:r>
        <w:t xml:space="preserve"> </w:t>
      </w:r>
      <w:proofErr w:type="spellStart"/>
      <w:r>
        <w:t>Şehitler</w:t>
      </w:r>
      <w:proofErr w:type="spellEnd"/>
      <w:r>
        <w:t xml:space="preserve"> Anadolu </w:t>
      </w:r>
      <w:proofErr w:type="spellStart"/>
      <w:r>
        <w:t>Lisesi</w:t>
      </w:r>
      <w:proofErr w:type="spellEnd"/>
    </w:p>
    <w:p w14:paraId="362C99B1" w14:textId="77777777" w:rsidR="00275277" w:rsidRDefault="00275277">
      <w:r>
        <w:t xml:space="preserve">Giresun </w:t>
      </w:r>
      <w:proofErr w:type="spellStart"/>
      <w:r>
        <w:t>Bilim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Sanat </w:t>
      </w:r>
      <w:proofErr w:type="spellStart"/>
      <w:r>
        <w:t>Merkezi</w:t>
      </w:r>
      <w:proofErr w:type="spellEnd"/>
      <w:r>
        <w:t>,</w:t>
      </w:r>
    </w:p>
    <w:p w14:paraId="6810E434" w14:textId="77777777" w:rsidR="00275277" w:rsidRDefault="00000000">
      <w:r>
        <w:t xml:space="preserve">Hasan Ali </w:t>
      </w:r>
      <w:proofErr w:type="spellStart"/>
      <w:r>
        <w:t>Yücel</w:t>
      </w:r>
      <w:proofErr w:type="spellEnd"/>
      <w:r>
        <w:t xml:space="preserve"> </w:t>
      </w:r>
      <w:proofErr w:type="spellStart"/>
      <w:r>
        <w:t>İlkokulu</w:t>
      </w:r>
      <w:proofErr w:type="spellEnd"/>
      <w:r>
        <w:t xml:space="preserve">, </w:t>
      </w:r>
    </w:p>
    <w:p w14:paraId="6B0F94FA" w14:textId="77777777" w:rsidR="00275277" w:rsidRDefault="00000000">
      <w:proofErr w:type="spellStart"/>
      <w:r>
        <w:t>Nurettin</w:t>
      </w:r>
      <w:proofErr w:type="spellEnd"/>
      <w:r>
        <w:t xml:space="preserve"> </w:t>
      </w:r>
      <w:proofErr w:type="spellStart"/>
      <w:r>
        <w:t>Canikli</w:t>
      </w:r>
      <w:proofErr w:type="spellEnd"/>
      <w:r>
        <w:t xml:space="preserve"> Anadolu İmam </w:t>
      </w:r>
      <w:proofErr w:type="spellStart"/>
      <w:r>
        <w:t>Hatip</w:t>
      </w:r>
      <w:proofErr w:type="spellEnd"/>
      <w:r>
        <w:t xml:space="preserve"> </w:t>
      </w:r>
      <w:proofErr w:type="spellStart"/>
      <w:r>
        <w:t>Lisesi</w:t>
      </w:r>
      <w:proofErr w:type="spellEnd"/>
      <w:r>
        <w:t xml:space="preserve"> </w:t>
      </w:r>
    </w:p>
    <w:p w14:paraId="4FD31ED9" w14:textId="77777777" w:rsidR="00275277" w:rsidRDefault="00000000">
      <w:proofErr w:type="spellStart"/>
      <w:r>
        <w:t>Eynesil</w:t>
      </w:r>
      <w:proofErr w:type="spellEnd"/>
      <w:r>
        <w:t xml:space="preserve"> Anadolu </w:t>
      </w:r>
      <w:proofErr w:type="spellStart"/>
      <w:r>
        <w:t>Lisesi</w:t>
      </w:r>
      <w:proofErr w:type="spellEnd"/>
    </w:p>
    <w:p w14:paraId="7153578D" w14:textId="77777777" w:rsidR="000C7F29" w:rsidRDefault="00000000">
      <w:r>
        <w:t xml:space="preserve"> </w:t>
      </w:r>
      <w:proofErr w:type="spellStart"/>
      <w:r>
        <w:t>etiket</w:t>
      </w:r>
      <w:proofErr w:type="spellEnd"/>
      <w:r>
        <w:t xml:space="preserve"> </w:t>
      </w:r>
      <w:proofErr w:type="spellStart"/>
      <w:r>
        <w:t>almaya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kazanan</w:t>
      </w:r>
      <w:proofErr w:type="spellEnd"/>
      <w:r>
        <w:t xml:space="preserve"> </w:t>
      </w:r>
      <w:proofErr w:type="spellStart"/>
      <w:r>
        <w:t>kurumlar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almıştır</w:t>
      </w:r>
      <w:proofErr w:type="spellEnd"/>
      <w:r>
        <w:t>.</w:t>
      </w:r>
    </w:p>
    <w:p w14:paraId="2552AB91" w14:textId="77777777" w:rsidR="00210BB2" w:rsidRDefault="00210BB2" w:rsidP="000C7F29">
      <w:pP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</w:pPr>
    </w:p>
    <w:p w14:paraId="6F8CB084" w14:textId="77777777" w:rsidR="00FF1D6C" w:rsidRDefault="000C7F29" w:rsidP="000C7F29">
      <w:pP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</w:pPr>
      <w:r w:rsidRPr="000C7F29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 xml:space="preserve">6. </w:t>
      </w:r>
      <w:proofErr w:type="spellStart"/>
      <w:r w:rsidRPr="000C7F29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>Mentörlük</w:t>
      </w:r>
      <w:proofErr w:type="spellEnd"/>
      <w:r w:rsidRPr="000C7F29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0C7F29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>Faaliyetleri</w:t>
      </w:r>
      <w:proofErr w:type="spellEnd"/>
      <w:r w:rsidR="00FF1D6C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 xml:space="preserve"> </w:t>
      </w:r>
    </w:p>
    <w:p w14:paraId="035CA5CD" w14:textId="77777777" w:rsidR="000C7F29" w:rsidRDefault="000C7F29" w:rsidP="000C7F29">
      <w:proofErr w:type="spellStart"/>
      <w:r w:rsidRPr="000C7F29">
        <w:t>Amasya</w:t>
      </w:r>
      <w:proofErr w:type="spellEnd"/>
      <w:r w:rsidRPr="000C7F29">
        <w:t xml:space="preserve">, Bayburt, Erzurum, Malatya </w:t>
      </w:r>
      <w:proofErr w:type="spellStart"/>
      <w:r w:rsidRPr="000C7F29">
        <w:t>ve</w:t>
      </w:r>
      <w:proofErr w:type="spellEnd"/>
      <w:r w:rsidRPr="000C7F29">
        <w:t xml:space="preserve"> Trabzon </w:t>
      </w:r>
      <w:proofErr w:type="spellStart"/>
      <w:r w:rsidRPr="000C7F29">
        <w:t>illerine</w:t>
      </w:r>
      <w:proofErr w:type="spellEnd"/>
      <w:r w:rsidRPr="000C7F29">
        <w:t xml:space="preserve"> </w:t>
      </w:r>
      <w:proofErr w:type="spellStart"/>
      <w:r w:rsidRPr="000C7F29">
        <w:t>yönelik</w:t>
      </w:r>
      <w:proofErr w:type="spellEnd"/>
      <w:r w:rsidRPr="000C7F29">
        <w:t xml:space="preserve"> </w:t>
      </w:r>
      <w:proofErr w:type="spellStart"/>
      <w:r w:rsidRPr="000C7F29">
        <w:t>mentörlük</w:t>
      </w:r>
      <w:proofErr w:type="spellEnd"/>
      <w:r w:rsidRPr="000C7F29">
        <w:t xml:space="preserve"> </w:t>
      </w:r>
      <w:proofErr w:type="spellStart"/>
      <w:r w:rsidRPr="000C7F29">
        <w:t>çalışmaları</w:t>
      </w:r>
      <w:proofErr w:type="spellEnd"/>
      <w:r w:rsidRPr="000C7F29">
        <w:t xml:space="preserve"> </w:t>
      </w:r>
      <w:proofErr w:type="spellStart"/>
      <w:r w:rsidRPr="000C7F29">
        <w:t>sürdürül</w:t>
      </w:r>
      <w:r>
        <w:t>mekte</w:t>
      </w:r>
      <w:proofErr w:type="spellEnd"/>
      <w:r>
        <w:t xml:space="preserve">, </w:t>
      </w:r>
      <w:proofErr w:type="spellStart"/>
      <w:r>
        <w:t>haftalık</w:t>
      </w:r>
      <w:proofErr w:type="spellEnd"/>
      <w:r>
        <w:t xml:space="preserve"> </w:t>
      </w:r>
      <w:proofErr w:type="spellStart"/>
      <w:r w:rsidRPr="000C7F29">
        <w:t>çevrim</w:t>
      </w:r>
      <w:proofErr w:type="spellEnd"/>
      <w:r w:rsidRPr="000C7F29">
        <w:t xml:space="preserve"> </w:t>
      </w:r>
      <w:proofErr w:type="spellStart"/>
      <w:r w:rsidRPr="000C7F29">
        <w:t>içi</w:t>
      </w:r>
      <w:proofErr w:type="spellEnd"/>
      <w:r w:rsidRPr="000C7F29">
        <w:t xml:space="preserve"> </w:t>
      </w:r>
      <w:proofErr w:type="spellStart"/>
      <w:r w:rsidRPr="000C7F29">
        <w:t>destek</w:t>
      </w:r>
      <w:proofErr w:type="spellEnd"/>
      <w:r w:rsidRPr="000C7F29">
        <w:t xml:space="preserve"> </w:t>
      </w:r>
      <w:proofErr w:type="spellStart"/>
      <w:r w:rsidRPr="000C7F29">
        <w:t>ve</w:t>
      </w:r>
      <w:proofErr w:type="spellEnd"/>
      <w:r w:rsidRPr="000C7F29">
        <w:t xml:space="preserve"> </w:t>
      </w:r>
      <w:proofErr w:type="spellStart"/>
      <w:r w:rsidRPr="000C7F29">
        <w:t>koordinasyon</w:t>
      </w:r>
      <w:proofErr w:type="spellEnd"/>
      <w:r w:rsidRPr="000C7F29">
        <w:t xml:space="preserve"> </w:t>
      </w:r>
      <w:proofErr w:type="spellStart"/>
      <w:r w:rsidRPr="000C7F29">
        <w:t>toplantı</w:t>
      </w:r>
      <w:r>
        <w:t>ları</w:t>
      </w:r>
      <w:proofErr w:type="spellEnd"/>
      <w:r w:rsidRPr="000C7F29">
        <w:t xml:space="preserve"> </w:t>
      </w:r>
      <w:proofErr w:type="spellStart"/>
      <w:r w:rsidRPr="000C7F29">
        <w:t>gerçekleştirilm</w:t>
      </w:r>
      <w:r>
        <w:t>ektedir</w:t>
      </w:r>
      <w:proofErr w:type="spellEnd"/>
      <w:r>
        <w:t>.</w:t>
      </w:r>
      <w:r w:rsidR="00FF1D6C">
        <w:t xml:space="preserve"> </w:t>
      </w:r>
    </w:p>
    <w:p w14:paraId="1451680A" w14:textId="77777777" w:rsidR="00210BB2" w:rsidRDefault="00210BB2" w:rsidP="000C7F29"/>
    <w:p w14:paraId="121114D0" w14:textId="77777777" w:rsidR="00FF1D6C" w:rsidRDefault="00FF1D6C" w:rsidP="00FF1D6C">
      <w:pP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 xml:space="preserve">7. Giresun YEĞİTEK </w:t>
      </w:r>
      <w:proofErr w:type="spellStart"/>
      <w: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>Sergisi</w:t>
      </w:r>
      <w:proofErr w:type="spellEnd"/>
    </w:p>
    <w:p w14:paraId="3458267C" w14:textId="77777777" w:rsidR="00FF1D6C" w:rsidRPr="000C7F29" w:rsidRDefault="00FF1D6C" w:rsidP="00FF1D6C">
      <w:pP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</w:pPr>
      <w:r>
        <w:t xml:space="preserve">19 </w:t>
      </w:r>
      <w:proofErr w:type="spellStart"/>
      <w:r>
        <w:t>Haziran</w:t>
      </w:r>
      <w:proofErr w:type="spellEnd"/>
      <w:r>
        <w:t xml:space="preserve"> 2026 </w:t>
      </w:r>
      <w:proofErr w:type="spellStart"/>
      <w:r>
        <w:t>tarihinde</w:t>
      </w:r>
      <w:proofErr w:type="spellEnd"/>
      <w:r>
        <w:t xml:space="preserve"> Giresun YEĞİTEK </w:t>
      </w:r>
      <w:proofErr w:type="spellStart"/>
      <w:r>
        <w:t>sergisi</w:t>
      </w:r>
      <w:proofErr w:type="spellEnd"/>
      <w:r>
        <w:t xml:space="preserve"> </w:t>
      </w:r>
      <w:proofErr w:type="spellStart"/>
      <w:r>
        <w:t>düzenlenmesi</w:t>
      </w:r>
      <w:proofErr w:type="spellEnd"/>
      <w:r>
        <w:t xml:space="preserve"> </w:t>
      </w:r>
      <w:proofErr w:type="spellStart"/>
      <w:r>
        <w:t>planlanmaktadır</w:t>
      </w:r>
      <w:proofErr w:type="spellEnd"/>
      <w:r>
        <w:t xml:space="preserve">,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sürecinin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26 STEM </w:t>
      </w:r>
      <w:proofErr w:type="spellStart"/>
      <w:r>
        <w:t>Projesi</w:t>
      </w:r>
      <w:proofErr w:type="spellEnd"/>
      <w:r>
        <w:t xml:space="preserve"> </w:t>
      </w:r>
      <w:proofErr w:type="spellStart"/>
      <w:r>
        <w:t>sergiye</w:t>
      </w:r>
      <w:proofErr w:type="spellEnd"/>
      <w:r>
        <w:t xml:space="preserve"> </w:t>
      </w:r>
      <w:proofErr w:type="spellStart"/>
      <w:r>
        <w:t>katılmaya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kazanmıştır</w:t>
      </w:r>
      <w:proofErr w:type="spellEnd"/>
      <w:r>
        <w:t xml:space="preserve">. </w:t>
      </w:r>
    </w:p>
    <w:p w14:paraId="34C9425B" w14:textId="77777777" w:rsidR="00210BB2" w:rsidRDefault="00A90705" w:rsidP="00A90705">
      <w:r>
        <w:tab/>
        <w:t xml:space="preserve">                                                                                                                                  </w:t>
      </w:r>
    </w:p>
    <w:p w14:paraId="280378B3" w14:textId="77777777" w:rsidR="00A90705" w:rsidRDefault="00210BB2" w:rsidP="00A90705">
      <w:r>
        <w:t xml:space="preserve">                                                                                                                                   </w:t>
      </w:r>
      <w:r w:rsidR="00A90705">
        <w:t>Gülfidan AYDIN</w:t>
      </w:r>
    </w:p>
    <w:p w14:paraId="283A2420" w14:textId="77777777" w:rsidR="00210BB2" w:rsidRDefault="00A90705" w:rsidP="00210BB2">
      <w:r>
        <w:t xml:space="preserve">                                                                                                                      Giresun STEM İl </w:t>
      </w:r>
      <w:proofErr w:type="spellStart"/>
      <w:r>
        <w:t>Koordinatörü</w:t>
      </w:r>
      <w:proofErr w:type="spellEnd"/>
    </w:p>
    <w:p w14:paraId="3A6220E0" w14:textId="77777777" w:rsidR="00D73476" w:rsidRDefault="00D73476" w:rsidP="00D73476">
      <w:pPr>
        <w:pStyle w:val="KonuBal"/>
      </w:pPr>
      <w:r>
        <w:lastRenderedPageBreak/>
        <w:t xml:space="preserve">İl Milli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Müdürlüğü</w:t>
      </w:r>
      <w:proofErr w:type="spellEnd"/>
      <w:r>
        <w:t xml:space="preserve"> YEĞİTEK </w:t>
      </w:r>
      <w:proofErr w:type="spellStart"/>
      <w:r>
        <w:t>Şubesi</w:t>
      </w:r>
      <w:proofErr w:type="spellEnd"/>
      <w:r>
        <w:t xml:space="preserve"> STEM </w:t>
      </w:r>
      <w:proofErr w:type="spellStart"/>
      <w:r>
        <w:t>Faaliyetleri</w:t>
      </w:r>
      <w:proofErr w:type="spellEnd"/>
      <w:r>
        <w:t xml:space="preserve"> </w:t>
      </w:r>
      <w:proofErr w:type="spellStart"/>
      <w:r>
        <w:t>Raporu</w:t>
      </w:r>
      <w:proofErr w:type="spellEnd"/>
    </w:p>
    <w:p w14:paraId="6193FCAD" w14:textId="77777777" w:rsidR="00D73476" w:rsidRDefault="00D73476" w:rsidP="00D73476">
      <w:pPr>
        <w:pStyle w:val="Balk1"/>
      </w:pPr>
      <w:r>
        <w:t xml:space="preserve">1. </w:t>
      </w:r>
      <w:proofErr w:type="spellStart"/>
      <w:r>
        <w:t>Webinarlar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Çevrim</w:t>
      </w:r>
      <w:proofErr w:type="spellEnd"/>
      <w:r>
        <w:t xml:space="preserve"> </w:t>
      </w:r>
      <w:proofErr w:type="spellStart"/>
      <w:r>
        <w:t>İçi</w:t>
      </w:r>
      <w:proofErr w:type="spellEnd"/>
      <w:r>
        <w:t xml:space="preserve"> </w:t>
      </w:r>
      <w:proofErr w:type="spellStart"/>
      <w:r>
        <w:t>Eğitimler</w:t>
      </w:r>
      <w:proofErr w:type="spellEnd"/>
    </w:p>
    <w:p w14:paraId="055167BF" w14:textId="77777777" w:rsidR="00D73476" w:rsidRDefault="00D73476" w:rsidP="00D73476">
      <w:pPr>
        <w:spacing w:line="240" w:lineRule="auto"/>
        <w:jc w:val="both"/>
      </w:pPr>
      <w:proofErr w:type="spellStart"/>
      <w:r>
        <w:t>İlimiz</w:t>
      </w:r>
      <w:proofErr w:type="spellEnd"/>
      <w:r>
        <w:t xml:space="preserve"> </w:t>
      </w:r>
      <w:proofErr w:type="spellStart"/>
      <w:r>
        <w:t>koordinasyonunda</w:t>
      </w:r>
      <w:proofErr w:type="spellEnd"/>
      <w:r>
        <w:t xml:space="preserve"> </w:t>
      </w:r>
      <w:proofErr w:type="spellStart"/>
      <w:r>
        <w:t>gerçekleştirilen</w:t>
      </w:r>
      <w:proofErr w:type="spellEnd"/>
      <w:r>
        <w:t xml:space="preserve"> STEM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Köprüsü</w:t>
      </w:r>
      <w:proofErr w:type="spellEnd"/>
      <w:r>
        <w:t xml:space="preserve"> </w:t>
      </w:r>
      <w:proofErr w:type="spellStart"/>
      <w:r>
        <w:t>Webinarları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250 </w:t>
      </w:r>
      <w:proofErr w:type="spellStart"/>
      <w:r>
        <w:t>civarında</w:t>
      </w:r>
      <w:proofErr w:type="spellEnd"/>
      <w:r>
        <w:t xml:space="preserve"> </w:t>
      </w:r>
      <w:proofErr w:type="spellStart"/>
      <w:r>
        <w:t>öğretmenimize</w:t>
      </w:r>
      <w:proofErr w:type="spellEnd"/>
      <w:r>
        <w:t xml:space="preserve"> </w:t>
      </w:r>
      <w:proofErr w:type="spellStart"/>
      <w:r>
        <w:t>rehberlik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>.</w:t>
      </w:r>
    </w:p>
    <w:p w14:paraId="1F05B745" w14:textId="77777777" w:rsidR="00D73476" w:rsidRPr="00A90705" w:rsidRDefault="00D73476" w:rsidP="00D73476">
      <w:pPr>
        <w:pStyle w:val="Balk2"/>
        <w:rPr>
          <w:sz w:val="24"/>
          <w:szCs w:val="24"/>
        </w:rPr>
      </w:pPr>
      <w:r w:rsidRPr="00A90705">
        <w:rPr>
          <w:sz w:val="24"/>
          <w:szCs w:val="24"/>
        </w:rPr>
        <w:t xml:space="preserve">Webinar </w:t>
      </w:r>
      <w:proofErr w:type="spellStart"/>
      <w:r w:rsidRPr="00A90705">
        <w:rPr>
          <w:sz w:val="24"/>
          <w:szCs w:val="24"/>
        </w:rPr>
        <w:t>ve</w:t>
      </w:r>
      <w:proofErr w:type="spellEnd"/>
      <w:r w:rsidRPr="00A90705">
        <w:rPr>
          <w:sz w:val="24"/>
          <w:szCs w:val="24"/>
        </w:rPr>
        <w:t xml:space="preserve"> </w:t>
      </w:r>
      <w:proofErr w:type="spellStart"/>
      <w:r w:rsidRPr="00A90705">
        <w:rPr>
          <w:sz w:val="24"/>
          <w:szCs w:val="24"/>
        </w:rPr>
        <w:t>Çevrim</w:t>
      </w:r>
      <w:proofErr w:type="spellEnd"/>
      <w:r w:rsidRPr="00A90705">
        <w:rPr>
          <w:sz w:val="24"/>
          <w:szCs w:val="24"/>
        </w:rPr>
        <w:t xml:space="preserve"> </w:t>
      </w:r>
      <w:proofErr w:type="spellStart"/>
      <w:r w:rsidRPr="00A90705">
        <w:rPr>
          <w:sz w:val="24"/>
          <w:szCs w:val="24"/>
        </w:rPr>
        <w:t>İçi</w:t>
      </w:r>
      <w:proofErr w:type="spellEnd"/>
      <w:r w:rsidRPr="00A90705">
        <w:rPr>
          <w:sz w:val="24"/>
          <w:szCs w:val="24"/>
        </w:rPr>
        <w:t xml:space="preserve"> </w:t>
      </w:r>
      <w:proofErr w:type="spellStart"/>
      <w:r w:rsidRPr="00A90705">
        <w:rPr>
          <w:sz w:val="24"/>
          <w:szCs w:val="24"/>
        </w:rPr>
        <w:t>Eğitim</w:t>
      </w:r>
      <w:proofErr w:type="spellEnd"/>
      <w:r w:rsidRPr="00A90705">
        <w:rPr>
          <w:sz w:val="24"/>
          <w:szCs w:val="24"/>
        </w:rPr>
        <w:t xml:space="preserve"> </w:t>
      </w:r>
      <w:proofErr w:type="spellStart"/>
      <w:r w:rsidRPr="00A90705">
        <w:rPr>
          <w:sz w:val="24"/>
          <w:szCs w:val="24"/>
        </w:rPr>
        <w:t>Katılım</w:t>
      </w:r>
      <w:proofErr w:type="spellEnd"/>
      <w:r w:rsidRPr="00A90705">
        <w:rPr>
          <w:sz w:val="24"/>
          <w:szCs w:val="24"/>
        </w:rPr>
        <w:t xml:space="preserve"> </w:t>
      </w:r>
      <w:proofErr w:type="spellStart"/>
      <w:r w:rsidRPr="00A90705">
        <w:rPr>
          <w:sz w:val="24"/>
          <w:szCs w:val="24"/>
        </w:rPr>
        <w:t>Tablosu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73476" w14:paraId="248A0713" w14:textId="77777777" w:rsidTr="00FD37F4">
        <w:trPr>
          <w:trHeight w:val="517"/>
        </w:trPr>
        <w:tc>
          <w:tcPr>
            <w:tcW w:w="4320" w:type="dxa"/>
          </w:tcPr>
          <w:p w14:paraId="3954A457" w14:textId="77777777" w:rsidR="00D73476" w:rsidRDefault="00D73476" w:rsidP="00FD37F4">
            <w:proofErr w:type="spellStart"/>
            <w:r>
              <w:t>Faaliyet</w:t>
            </w:r>
            <w:proofErr w:type="spellEnd"/>
          </w:p>
        </w:tc>
        <w:tc>
          <w:tcPr>
            <w:tcW w:w="4320" w:type="dxa"/>
          </w:tcPr>
          <w:p w14:paraId="7F316203" w14:textId="77777777" w:rsidR="00D73476" w:rsidRDefault="00D73476" w:rsidP="00FD37F4">
            <w:proofErr w:type="spellStart"/>
            <w:r>
              <w:t>Katılımcı</w:t>
            </w:r>
            <w:proofErr w:type="spellEnd"/>
            <w:r>
              <w:t xml:space="preserve">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</w:p>
        </w:tc>
      </w:tr>
      <w:tr w:rsidR="00D73476" w14:paraId="4E55153C" w14:textId="77777777" w:rsidTr="00FD37F4">
        <w:tc>
          <w:tcPr>
            <w:tcW w:w="4320" w:type="dxa"/>
          </w:tcPr>
          <w:p w14:paraId="5E3E32A7" w14:textId="77777777" w:rsidR="00D73476" w:rsidRDefault="00D73476" w:rsidP="00FD37F4">
            <w:proofErr w:type="spellStart"/>
            <w:r>
              <w:t>Ulusal</w:t>
            </w:r>
            <w:proofErr w:type="spellEnd"/>
            <w:r>
              <w:t xml:space="preserve"> STEM Çalıştayı-10 </w:t>
            </w:r>
            <w:proofErr w:type="spellStart"/>
            <w:r>
              <w:t>gün</w:t>
            </w:r>
            <w:proofErr w:type="spellEnd"/>
          </w:p>
        </w:tc>
        <w:tc>
          <w:tcPr>
            <w:tcW w:w="4320" w:type="dxa"/>
          </w:tcPr>
          <w:p w14:paraId="132A06D7" w14:textId="77777777" w:rsidR="00D73476" w:rsidRDefault="00D73476" w:rsidP="00FD37F4">
            <w:r>
              <w:t>20</w:t>
            </w:r>
          </w:p>
        </w:tc>
      </w:tr>
      <w:tr w:rsidR="00D73476" w14:paraId="2C57F7C0" w14:textId="77777777" w:rsidTr="00FD37F4">
        <w:tc>
          <w:tcPr>
            <w:tcW w:w="4320" w:type="dxa"/>
          </w:tcPr>
          <w:p w14:paraId="311C824E" w14:textId="77777777" w:rsidR="00D73476" w:rsidRDefault="00D73476" w:rsidP="00FD37F4">
            <w:r>
              <w:t xml:space="preserve">STEM </w:t>
            </w:r>
            <w:proofErr w:type="spellStart"/>
            <w:r>
              <w:t>Nedir</w:t>
            </w:r>
            <w:proofErr w:type="spellEnd"/>
            <w:r>
              <w:t xml:space="preserve">, STEM </w:t>
            </w:r>
            <w:proofErr w:type="spellStart"/>
            <w:r>
              <w:t>Projeleri</w:t>
            </w:r>
            <w:proofErr w:type="spellEnd"/>
          </w:p>
        </w:tc>
        <w:tc>
          <w:tcPr>
            <w:tcW w:w="4320" w:type="dxa"/>
          </w:tcPr>
          <w:p w14:paraId="2DBFA635" w14:textId="77777777" w:rsidR="00D73476" w:rsidRDefault="00D73476" w:rsidP="00FD37F4">
            <w:r>
              <w:t>40</w:t>
            </w:r>
          </w:p>
        </w:tc>
      </w:tr>
      <w:tr w:rsidR="00D73476" w14:paraId="1AA10ED7" w14:textId="77777777" w:rsidTr="00FD37F4">
        <w:tc>
          <w:tcPr>
            <w:tcW w:w="4320" w:type="dxa"/>
          </w:tcPr>
          <w:p w14:paraId="45C858F1" w14:textId="77777777" w:rsidR="00D73476" w:rsidRDefault="00D73476" w:rsidP="00FD37F4">
            <w:r>
              <w:t xml:space="preserve">Canva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Yapay</w:t>
            </w:r>
            <w:proofErr w:type="spellEnd"/>
            <w:r>
              <w:t xml:space="preserve"> </w:t>
            </w:r>
            <w:proofErr w:type="spellStart"/>
            <w:r>
              <w:t>Zeka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</w:p>
        </w:tc>
        <w:tc>
          <w:tcPr>
            <w:tcW w:w="4320" w:type="dxa"/>
          </w:tcPr>
          <w:p w14:paraId="3208E760" w14:textId="77777777" w:rsidR="00D73476" w:rsidRDefault="00D73476" w:rsidP="00FD37F4">
            <w:r>
              <w:t>70</w:t>
            </w:r>
          </w:p>
        </w:tc>
      </w:tr>
      <w:tr w:rsidR="00D73476" w14:paraId="4B36F6DB" w14:textId="77777777" w:rsidTr="00FD37F4">
        <w:tc>
          <w:tcPr>
            <w:tcW w:w="4320" w:type="dxa"/>
          </w:tcPr>
          <w:p w14:paraId="2FC31417" w14:textId="77777777" w:rsidR="00D73476" w:rsidRDefault="00D73476" w:rsidP="00FD37F4">
            <w:proofErr w:type="spellStart"/>
            <w:r>
              <w:t>Scientix</w:t>
            </w:r>
            <w:proofErr w:type="spellEnd"/>
            <w:r>
              <w:t xml:space="preserve"> </w:t>
            </w:r>
            <w:proofErr w:type="spellStart"/>
            <w:r>
              <w:t>Elçiliği</w:t>
            </w:r>
            <w:proofErr w:type="spellEnd"/>
            <w:r>
              <w:t xml:space="preserve"> </w:t>
            </w:r>
            <w:proofErr w:type="spellStart"/>
            <w:r>
              <w:t>Webinarı</w:t>
            </w:r>
            <w:proofErr w:type="spellEnd"/>
          </w:p>
        </w:tc>
        <w:tc>
          <w:tcPr>
            <w:tcW w:w="4320" w:type="dxa"/>
          </w:tcPr>
          <w:p w14:paraId="69E682DB" w14:textId="77777777" w:rsidR="00D73476" w:rsidRDefault="00D73476" w:rsidP="00FD37F4">
            <w:r>
              <w:t>30</w:t>
            </w:r>
          </w:p>
        </w:tc>
      </w:tr>
      <w:tr w:rsidR="00D73476" w14:paraId="0CFE65D7" w14:textId="77777777" w:rsidTr="00FD37F4">
        <w:tc>
          <w:tcPr>
            <w:tcW w:w="4320" w:type="dxa"/>
          </w:tcPr>
          <w:p w14:paraId="16A90D99" w14:textId="77777777" w:rsidR="00D73476" w:rsidRDefault="00D73476" w:rsidP="00FD37F4">
            <w:r>
              <w:t xml:space="preserve">STEM </w:t>
            </w:r>
            <w:proofErr w:type="spellStart"/>
            <w:r>
              <w:t>Senaryosu</w:t>
            </w:r>
            <w:proofErr w:type="spellEnd"/>
            <w:r>
              <w:t xml:space="preserve"> </w:t>
            </w:r>
            <w:proofErr w:type="spellStart"/>
            <w:r>
              <w:t>Yazma</w:t>
            </w:r>
            <w:proofErr w:type="spellEnd"/>
            <w:r>
              <w:t xml:space="preserve"> </w:t>
            </w:r>
            <w:proofErr w:type="spellStart"/>
            <w:r>
              <w:t>Webinarı</w:t>
            </w:r>
            <w:proofErr w:type="spellEnd"/>
          </w:p>
        </w:tc>
        <w:tc>
          <w:tcPr>
            <w:tcW w:w="4320" w:type="dxa"/>
          </w:tcPr>
          <w:p w14:paraId="6E7B587B" w14:textId="77777777" w:rsidR="00D73476" w:rsidRDefault="00D73476" w:rsidP="00FD37F4">
            <w:r>
              <w:t>40</w:t>
            </w:r>
          </w:p>
        </w:tc>
      </w:tr>
      <w:tr w:rsidR="00D73476" w14:paraId="08B99D17" w14:textId="77777777" w:rsidTr="00FD37F4">
        <w:tc>
          <w:tcPr>
            <w:tcW w:w="4320" w:type="dxa"/>
          </w:tcPr>
          <w:p w14:paraId="1695A606" w14:textId="77777777" w:rsidR="00D73476" w:rsidRDefault="00D73476" w:rsidP="00FD37F4">
            <w:r>
              <w:t xml:space="preserve">STEM </w:t>
            </w:r>
            <w:proofErr w:type="spellStart"/>
            <w:r>
              <w:t>Keşif</w:t>
            </w:r>
            <w:proofErr w:type="spellEnd"/>
            <w:r>
              <w:t xml:space="preserve"> </w:t>
            </w:r>
            <w:proofErr w:type="spellStart"/>
            <w:r>
              <w:t>Kampanyası</w:t>
            </w:r>
            <w:proofErr w:type="spellEnd"/>
            <w:r>
              <w:t xml:space="preserve"> </w:t>
            </w:r>
            <w:proofErr w:type="spellStart"/>
            <w:r>
              <w:t>Webinarı</w:t>
            </w:r>
            <w:proofErr w:type="spellEnd"/>
          </w:p>
        </w:tc>
        <w:tc>
          <w:tcPr>
            <w:tcW w:w="4320" w:type="dxa"/>
          </w:tcPr>
          <w:p w14:paraId="060F0182" w14:textId="77777777" w:rsidR="00D73476" w:rsidRDefault="00D73476" w:rsidP="00FD37F4">
            <w:r>
              <w:t>50</w:t>
            </w:r>
          </w:p>
        </w:tc>
      </w:tr>
    </w:tbl>
    <w:p w14:paraId="53CC2C0F" w14:textId="77777777" w:rsidR="00D73476" w:rsidRDefault="00D73476" w:rsidP="00D73476">
      <w:pPr>
        <w:pStyle w:val="Balk1"/>
      </w:pPr>
      <w:r>
        <w:t xml:space="preserve">2. </w:t>
      </w:r>
      <w:proofErr w:type="spellStart"/>
      <w:r>
        <w:t>Mahalli</w:t>
      </w:r>
      <w:proofErr w:type="spellEnd"/>
      <w:r>
        <w:t xml:space="preserve"> </w:t>
      </w:r>
      <w:proofErr w:type="spellStart"/>
      <w:r>
        <w:t>Eğitimler</w:t>
      </w:r>
      <w:proofErr w:type="spellEnd"/>
    </w:p>
    <w:p w14:paraId="5AC317D6" w14:textId="77777777" w:rsidR="00D73476" w:rsidRPr="000C7F29" w:rsidRDefault="00D73476" w:rsidP="00D73476">
      <w:pPr>
        <w:pStyle w:val="Balk2"/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</w:pPr>
      <w:proofErr w:type="spellStart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Keşap</w:t>
      </w:r>
      <w:proofErr w:type="spellEnd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ve</w:t>
      </w:r>
      <w:proofErr w:type="spellEnd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Piraziz</w:t>
      </w:r>
      <w:proofErr w:type="spellEnd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C7F29"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ilçelerimizde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STEM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Temel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ve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İleri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Seviye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Kursları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düzenlenmiştir</w:t>
      </w:r>
      <w:proofErr w:type="spellEnd"/>
      <w:r>
        <w:rPr>
          <w:rFonts w:asciiTheme="minorHAnsi" w:hAnsiTheme="minorHAnsi"/>
          <w:b w:val="0"/>
          <w:bCs w:val="0"/>
          <w:color w:val="000000" w:themeColor="text1"/>
          <w:sz w:val="24"/>
          <w:szCs w:val="24"/>
        </w:rPr>
        <w:t>.</w:t>
      </w:r>
    </w:p>
    <w:p w14:paraId="09764529" w14:textId="77777777" w:rsidR="00D73476" w:rsidRPr="000C7F29" w:rsidRDefault="00D73476" w:rsidP="00D73476">
      <w:pPr>
        <w:pStyle w:val="Balk2"/>
        <w:rPr>
          <w:sz w:val="24"/>
          <w:szCs w:val="24"/>
        </w:rPr>
      </w:pPr>
      <w:proofErr w:type="spellStart"/>
      <w:r w:rsidRPr="000C7F29">
        <w:rPr>
          <w:sz w:val="24"/>
          <w:szCs w:val="24"/>
        </w:rPr>
        <w:t>Mahalli</w:t>
      </w:r>
      <w:proofErr w:type="spellEnd"/>
      <w:r w:rsidRPr="000C7F29">
        <w:rPr>
          <w:sz w:val="24"/>
          <w:szCs w:val="24"/>
        </w:rPr>
        <w:t xml:space="preserve"> </w:t>
      </w:r>
      <w:proofErr w:type="spellStart"/>
      <w:r w:rsidRPr="000C7F29">
        <w:rPr>
          <w:sz w:val="24"/>
          <w:szCs w:val="24"/>
        </w:rPr>
        <w:t>Hizmet</w:t>
      </w:r>
      <w:proofErr w:type="spellEnd"/>
      <w:r w:rsidRPr="000C7F29">
        <w:rPr>
          <w:sz w:val="24"/>
          <w:szCs w:val="24"/>
        </w:rPr>
        <w:t xml:space="preserve"> </w:t>
      </w:r>
      <w:proofErr w:type="spellStart"/>
      <w:r w:rsidRPr="000C7F29">
        <w:rPr>
          <w:sz w:val="24"/>
          <w:szCs w:val="24"/>
        </w:rPr>
        <w:t>İçi</w:t>
      </w:r>
      <w:proofErr w:type="spellEnd"/>
      <w:r w:rsidRPr="000C7F29">
        <w:rPr>
          <w:sz w:val="24"/>
          <w:szCs w:val="24"/>
        </w:rPr>
        <w:t xml:space="preserve"> </w:t>
      </w:r>
      <w:proofErr w:type="spellStart"/>
      <w:r w:rsidRPr="000C7F29">
        <w:rPr>
          <w:sz w:val="24"/>
          <w:szCs w:val="24"/>
        </w:rPr>
        <w:t>Eğitim</w:t>
      </w:r>
      <w:proofErr w:type="spellEnd"/>
      <w:r w:rsidRPr="000C7F29">
        <w:rPr>
          <w:sz w:val="24"/>
          <w:szCs w:val="24"/>
        </w:rPr>
        <w:t xml:space="preserve"> </w:t>
      </w:r>
      <w:proofErr w:type="spellStart"/>
      <w:r w:rsidRPr="000C7F29">
        <w:rPr>
          <w:sz w:val="24"/>
          <w:szCs w:val="24"/>
        </w:rPr>
        <w:t>Katılım</w:t>
      </w:r>
      <w:proofErr w:type="spellEnd"/>
      <w:r w:rsidRPr="000C7F29">
        <w:rPr>
          <w:sz w:val="24"/>
          <w:szCs w:val="24"/>
        </w:rPr>
        <w:t xml:space="preserve"> </w:t>
      </w:r>
      <w:proofErr w:type="spellStart"/>
      <w:r w:rsidRPr="000C7F29">
        <w:rPr>
          <w:sz w:val="24"/>
          <w:szCs w:val="24"/>
        </w:rPr>
        <w:t>Tablosu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73476" w14:paraId="56C610A8" w14:textId="77777777" w:rsidTr="00FD37F4">
        <w:trPr>
          <w:trHeight w:val="440"/>
        </w:trPr>
        <w:tc>
          <w:tcPr>
            <w:tcW w:w="4320" w:type="dxa"/>
          </w:tcPr>
          <w:p w14:paraId="1947F643" w14:textId="77777777" w:rsidR="00D73476" w:rsidRDefault="00D73476" w:rsidP="00FD37F4">
            <w:proofErr w:type="spellStart"/>
            <w:r>
              <w:t>Faaliyet</w:t>
            </w:r>
            <w:proofErr w:type="spellEnd"/>
          </w:p>
        </w:tc>
        <w:tc>
          <w:tcPr>
            <w:tcW w:w="4320" w:type="dxa"/>
          </w:tcPr>
          <w:p w14:paraId="78BF1CF0" w14:textId="77777777" w:rsidR="00D73476" w:rsidRDefault="00D73476" w:rsidP="00FD37F4">
            <w:proofErr w:type="spellStart"/>
            <w:r>
              <w:t>Katılımcı</w:t>
            </w:r>
            <w:proofErr w:type="spellEnd"/>
            <w:r>
              <w:t xml:space="preserve">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</w:p>
        </w:tc>
      </w:tr>
      <w:tr w:rsidR="00D73476" w14:paraId="64DE23C0" w14:textId="77777777" w:rsidTr="00FD37F4">
        <w:tc>
          <w:tcPr>
            <w:tcW w:w="4320" w:type="dxa"/>
          </w:tcPr>
          <w:p w14:paraId="0779E569" w14:textId="77777777" w:rsidR="00D73476" w:rsidRDefault="00D73476" w:rsidP="00FD37F4">
            <w:r>
              <w:t xml:space="preserve">STEM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Seviye</w:t>
            </w:r>
            <w:proofErr w:type="spellEnd"/>
            <w:r>
              <w:t xml:space="preserve"> </w:t>
            </w:r>
            <w:proofErr w:type="spellStart"/>
            <w:r>
              <w:t>Kursu</w:t>
            </w:r>
            <w:proofErr w:type="spellEnd"/>
            <w:r>
              <w:t xml:space="preserve"> (</w:t>
            </w:r>
            <w:proofErr w:type="spellStart"/>
            <w:r>
              <w:t>Keşap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14:paraId="6A62A198" w14:textId="77777777" w:rsidR="00D73476" w:rsidRDefault="00D73476" w:rsidP="00FD37F4">
            <w:r>
              <w:t>28</w:t>
            </w:r>
          </w:p>
        </w:tc>
      </w:tr>
      <w:tr w:rsidR="00D73476" w14:paraId="4B04594E" w14:textId="77777777" w:rsidTr="00FD37F4">
        <w:tc>
          <w:tcPr>
            <w:tcW w:w="4320" w:type="dxa"/>
          </w:tcPr>
          <w:p w14:paraId="390E6D4B" w14:textId="77777777" w:rsidR="00D73476" w:rsidRDefault="00D73476" w:rsidP="00FD37F4">
            <w:r>
              <w:t xml:space="preserve">STEM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Seviye</w:t>
            </w:r>
            <w:proofErr w:type="spellEnd"/>
            <w:r>
              <w:t xml:space="preserve"> </w:t>
            </w:r>
            <w:proofErr w:type="spellStart"/>
            <w:r>
              <w:t>Kursu</w:t>
            </w:r>
            <w:proofErr w:type="spellEnd"/>
            <w:r>
              <w:t xml:space="preserve"> (</w:t>
            </w:r>
            <w:proofErr w:type="spellStart"/>
            <w:r>
              <w:t>Piraziz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14:paraId="7983A957" w14:textId="77777777" w:rsidR="00D73476" w:rsidRDefault="00D73476" w:rsidP="00FD37F4">
            <w:r>
              <w:t>26</w:t>
            </w:r>
          </w:p>
        </w:tc>
      </w:tr>
      <w:tr w:rsidR="00D73476" w14:paraId="19E43374" w14:textId="77777777" w:rsidTr="00FD37F4">
        <w:tc>
          <w:tcPr>
            <w:tcW w:w="4320" w:type="dxa"/>
          </w:tcPr>
          <w:p w14:paraId="00E2D1FE" w14:textId="77777777" w:rsidR="00D73476" w:rsidRDefault="00D73476" w:rsidP="00FD37F4">
            <w:r>
              <w:t xml:space="preserve">STEM </w:t>
            </w:r>
            <w:proofErr w:type="spellStart"/>
            <w:r>
              <w:t>İleri</w:t>
            </w:r>
            <w:proofErr w:type="spellEnd"/>
            <w:r>
              <w:t xml:space="preserve"> </w:t>
            </w:r>
            <w:proofErr w:type="spellStart"/>
            <w:r>
              <w:t>Seviye</w:t>
            </w:r>
            <w:proofErr w:type="spellEnd"/>
            <w:r>
              <w:t xml:space="preserve"> </w:t>
            </w:r>
            <w:proofErr w:type="spellStart"/>
            <w:r>
              <w:t>Kursu</w:t>
            </w:r>
            <w:proofErr w:type="spellEnd"/>
            <w:r>
              <w:t xml:space="preserve"> (</w:t>
            </w:r>
            <w:proofErr w:type="spellStart"/>
            <w:r>
              <w:t>Keşap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14:paraId="189EA9C9" w14:textId="77777777" w:rsidR="00D73476" w:rsidRDefault="00D73476" w:rsidP="00FD37F4">
            <w:r>
              <w:t>28</w:t>
            </w:r>
          </w:p>
        </w:tc>
      </w:tr>
      <w:tr w:rsidR="00D73476" w14:paraId="41CA1C63" w14:textId="77777777" w:rsidTr="00FD37F4">
        <w:tc>
          <w:tcPr>
            <w:tcW w:w="4320" w:type="dxa"/>
          </w:tcPr>
          <w:p w14:paraId="6296A74B" w14:textId="77777777" w:rsidR="00D73476" w:rsidRDefault="00D73476" w:rsidP="00FD37F4">
            <w:r>
              <w:t xml:space="preserve">STEM </w:t>
            </w:r>
            <w:proofErr w:type="spellStart"/>
            <w:r>
              <w:t>İleri</w:t>
            </w:r>
            <w:proofErr w:type="spellEnd"/>
            <w:r>
              <w:t xml:space="preserve"> </w:t>
            </w:r>
            <w:proofErr w:type="spellStart"/>
            <w:r>
              <w:t>Seviye</w:t>
            </w:r>
            <w:proofErr w:type="spellEnd"/>
            <w:r>
              <w:t xml:space="preserve"> </w:t>
            </w:r>
            <w:proofErr w:type="spellStart"/>
            <w:r>
              <w:t>Kursu</w:t>
            </w:r>
            <w:proofErr w:type="spellEnd"/>
            <w:r>
              <w:t xml:space="preserve"> (</w:t>
            </w:r>
            <w:proofErr w:type="spellStart"/>
            <w:r>
              <w:t>Piraziz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14:paraId="489CC8A4" w14:textId="77777777" w:rsidR="00D73476" w:rsidRDefault="00D73476" w:rsidP="00FD37F4">
            <w:r>
              <w:t>24</w:t>
            </w:r>
          </w:p>
        </w:tc>
      </w:tr>
    </w:tbl>
    <w:p w14:paraId="01AFCF85" w14:textId="77777777" w:rsidR="00D73476" w:rsidRDefault="00D73476" w:rsidP="00D73476">
      <w:pPr>
        <w:pStyle w:val="Balk1"/>
      </w:pPr>
      <w:r>
        <w:t xml:space="preserve">3. </w:t>
      </w:r>
      <w:proofErr w:type="spellStart"/>
      <w:r>
        <w:t>Yüzyüze</w:t>
      </w:r>
      <w:proofErr w:type="spellEnd"/>
      <w:r>
        <w:t xml:space="preserve"> </w:t>
      </w:r>
      <w:proofErr w:type="spellStart"/>
      <w:r>
        <w:t>Bilgilendirme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Koordinasyon</w:t>
      </w:r>
      <w:proofErr w:type="spellEnd"/>
      <w:r>
        <w:t xml:space="preserve"> </w:t>
      </w:r>
      <w:proofErr w:type="spellStart"/>
      <w:r>
        <w:t>Toplantıları</w:t>
      </w:r>
      <w:proofErr w:type="spellEnd"/>
    </w:p>
    <w:p w14:paraId="50B8D4B7" w14:textId="77777777" w:rsidR="00D73476" w:rsidRDefault="00D73476" w:rsidP="00D73476">
      <w:proofErr w:type="spellStart"/>
      <w:r>
        <w:t>Toplamda</w:t>
      </w:r>
      <w:proofErr w:type="spellEnd"/>
      <w:r>
        <w:t xml:space="preserve"> 172 </w:t>
      </w:r>
      <w:proofErr w:type="spellStart"/>
      <w:r>
        <w:t>öğretmen</w:t>
      </w:r>
      <w:proofErr w:type="spellEnd"/>
      <w:r>
        <w:t xml:space="preserve">, 13 </w:t>
      </w:r>
      <w:proofErr w:type="spellStart"/>
      <w:r>
        <w:t>Akademisyen</w:t>
      </w:r>
      <w:proofErr w:type="spellEnd"/>
      <w:r>
        <w:t xml:space="preserve"> </w:t>
      </w:r>
      <w:proofErr w:type="spellStart"/>
      <w:r>
        <w:t>bilgilendirme</w:t>
      </w:r>
      <w:proofErr w:type="spellEnd"/>
      <w:r>
        <w:t xml:space="preserve"> </w:t>
      </w:r>
      <w:proofErr w:type="spellStart"/>
      <w:r>
        <w:t>toplantılarına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sağlamıştır</w:t>
      </w:r>
      <w:proofErr w:type="spellEnd"/>
      <w:r>
        <w:t xml:space="preserve">. </w:t>
      </w:r>
    </w:p>
    <w:p w14:paraId="5DC5618C" w14:textId="77777777" w:rsidR="00D73476" w:rsidRPr="00FF1D6C" w:rsidRDefault="00D73476" w:rsidP="00D73476">
      <w:pPr>
        <w:pStyle w:val="Balk2"/>
        <w:rPr>
          <w:sz w:val="24"/>
          <w:szCs w:val="24"/>
        </w:rPr>
      </w:pPr>
      <w:proofErr w:type="spellStart"/>
      <w:r w:rsidRPr="00FF1D6C">
        <w:rPr>
          <w:sz w:val="24"/>
          <w:szCs w:val="24"/>
        </w:rPr>
        <w:t>Bilgilendirme</w:t>
      </w:r>
      <w:proofErr w:type="spellEnd"/>
      <w:r w:rsidRPr="00FF1D6C">
        <w:rPr>
          <w:sz w:val="24"/>
          <w:szCs w:val="24"/>
        </w:rPr>
        <w:t xml:space="preserve"> </w:t>
      </w:r>
      <w:proofErr w:type="spellStart"/>
      <w:r w:rsidRPr="00FF1D6C">
        <w:rPr>
          <w:sz w:val="24"/>
          <w:szCs w:val="24"/>
        </w:rPr>
        <w:t>Toplantıları</w:t>
      </w:r>
      <w:proofErr w:type="spellEnd"/>
      <w:r w:rsidRPr="00FF1D6C">
        <w:rPr>
          <w:sz w:val="24"/>
          <w:szCs w:val="24"/>
        </w:rPr>
        <w:t xml:space="preserve"> </w:t>
      </w:r>
      <w:proofErr w:type="spellStart"/>
      <w:r w:rsidRPr="00FF1D6C">
        <w:rPr>
          <w:sz w:val="24"/>
          <w:szCs w:val="24"/>
        </w:rPr>
        <w:t>Katılım</w:t>
      </w:r>
      <w:proofErr w:type="spellEnd"/>
      <w:r w:rsidRPr="00FF1D6C">
        <w:rPr>
          <w:sz w:val="24"/>
          <w:szCs w:val="24"/>
        </w:rPr>
        <w:t xml:space="preserve"> </w:t>
      </w:r>
      <w:proofErr w:type="spellStart"/>
      <w:r w:rsidRPr="00FF1D6C">
        <w:rPr>
          <w:sz w:val="24"/>
          <w:szCs w:val="24"/>
        </w:rPr>
        <w:t>Detayları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73476" w14:paraId="2387DAA5" w14:textId="77777777" w:rsidTr="00FD37F4">
        <w:trPr>
          <w:trHeight w:val="444"/>
        </w:trPr>
        <w:tc>
          <w:tcPr>
            <w:tcW w:w="4320" w:type="dxa"/>
          </w:tcPr>
          <w:p w14:paraId="783C2C5F" w14:textId="77777777" w:rsidR="00D73476" w:rsidRDefault="00D73476" w:rsidP="00FD37F4">
            <w:proofErr w:type="spellStart"/>
            <w:r>
              <w:t>İlçe</w:t>
            </w:r>
            <w:proofErr w:type="spellEnd"/>
          </w:p>
        </w:tc>
        <w:tc>
          <w:tcPr>
            <w:tcW w:w="4320" w:type="dxa"/>
          </w:tcPr>
          <w:p w14:paraId="377F23A9" w14:textId="77777777" w:rsidR="00D73476" w:rsidRDefault="00D73476" w:rsidP="00FD37F4">
            <w:proofErr w:type="spellStart"/>
            <w:r>
              <w:t>Katılımcı</w:t>
            </w:r>
            <w:proofErr w:type="spellEnd"/>
            <w:r>
              <w:t xml:space="preserve"> </w:t>
            </w:r>
            <w:proofErr w:type="spellStart"/>
            <w:r>
              <w:t>Sayısı</w:t>
            </w:r>
            <w:proofErr w:type="spellEnd"/>
          </w:p>
        </w:tc>
      </w:tr>
      <w:tr w:rsidR="00D73476" w14:paraId="796F76D1" w14:textId="77777777" w:rsidTr="00FD37F4">
        <w:tc>
          <w:tcPr>
            <w:tcW w:w="4320" w:type="dxa"/>
          </w:tcPr>
          <w:p w14:paraId="2DDBB406" w14:textId="77777777" w:rsidR="00D73476" w:rsidRDefault="00D73476" w:rsidP="00FD37F4">
            <w:r>
              <w:t>Merkez/</w:t>
            </w:r>
            <w:proofErr w:type="spellStart"/>
            <w:r>
              <w:t>Keşap</w:t>
            </w:r>
            <w:proofErr w:type="spellEnd"/>
            <w:r>
              <w:t>/</w:t>
            </w:r>
            <w:proofErr w:type="spellStart"/>
            <w:r>
              <w:t>Dereli</w:t>
            </w:r>
            <w:proofErr w:type="spellEnd"/>
          </w:p>
        </w:tc>
        <w:tc>
          <w:tcPr>
            <w:tcW w:w="4320" w:type="dxa"/>
          </w:tcPr>
          <w:p w14:paraId="609619FA" w14:textId="77777777" w:rsidR="00D73476" w:rsidRDefault="00D73476" w:rsidP="00FD37F4">
            <w:r>
              <w:t xml:space="preserve">62 </w:t>
            </w:r>
            <w:proofErr w:type="spellStart"/>
            <w:r>
              <w:t>Öğretmen</w:t>
            </w:r>
            <w:proofErr w:type="spellEnd"/>
          </w:p>
        </w:tc>
      </w:tr>
      <w:tr w:rsidR="00D73476" w14:paraId="6657DE34" w14:textId="77777777" w:rsidTr="00FD37F4">
        <w:tc>
          <w:tcPr>
            <w:tcW w:w="4320" w:type="dxa"/>
          </w:tcPr>
          <w:p w14:paraId="442E1873" w14:textId="77777777" w:rsidR="00D73476" w:rsidRDefault="00D73476" w:rsidP="00FD37F4">
            <w:r>
              <w:t>Bulancak</w:t>
            </w:r>
          </w:p>
        </w:tc>
        <w:tc>
          <w:tcPr>
            <w:tcW w:w="4320" w:type="dxa"/>
          </w:tcPr>
          <w:p w14:paraId="376CDC9A" w14:textId="77777777" w:rsidR="00D73476" w:rsidRDefault="00D73476" w:rsidP="00FD37F4">
            <w:r>
              <w:t xml:space="preserve">46 </w:t>
            </w:r>
            <w:proofErr w:type="spellStart"/>
            <w:r>
              <w:t>Öğretmen</w:t>
            </w:r>
            <w:proofErr w:type="spellEnd"/>
          </w:p>
        </w:tc>
      </w:tr>
      <w:tr w:rsidR="00D73476" w14:paraId="274B007E" w14:textId="77777777" w:rsidTr="00FD37F4">
        <w:tc>
          <w:tcPr>
            <w:tcW w:w="4320" w:type="dxa"/>
          </w:tcPr>
          <w:p w14:paraId="53F45E0F" w14:textId="77777777" w:rsidR="00D73476" w:rsidRDefault="00D73476" w:rsidP="00FD37F4">
            <w:proofErr w:type="spellStart"/>
            <w:r>
              <w:t>Piraziz</w:t>
            </w:r>
            <w:proofErr w:type="spellEnd"/>
          </w:p>
        </w:tc>
        <w:tc>
          <w:tcPr>
            <w:tcW w:w="4320" w:type="dxa"/>
          </w:tcPr>
          <w:p w14:paraId="60C9583D" w14:textId="77777777" w:rsidR="00D73476" w:rsidRDefault="00D73476" w:rsidP="00FD37F4">
            <w:r>
              <w:t xml:space="preserve">15 </w:t>
            </w:r>
            <w:proofErr w:type="spellStart"/>
            <w:r>
              <w:t>Öğretmen</w:t>
            </w:r>
            <w:proofErr w:type="spellEnd"/>
          </w:p>
        </w:tc>
      </w:tr>
      <w:tr w:rsidR="00D73476" w14:paraId="3A8FE5FD" w14:textId="77777777" w:rsidTr="00FD37F4">
        <w:tc>
          <w:tcPr>
            <w:tcW w:w="4320" w:type="dxa"/>
          </w:tcPr>
          <w:p w14:paraId="035E9D92" w14:textId="77777777" w:rsidR="00D73476" w:rsidRDefault="00D73476" w:rsidP="00FD37F4">
            <w:proofErr w:type="spellStart"/>
            <w:r>
              <w:t>Görele</w:t>
            </w:r>
            <w:proofErr w:type="spellEnd"/>
            <w:r>
              <w:t>/</w:t>
            </w:r>
            <w:proofErr w:type="spellStart"/>
            <w:r>
              <w:t>Eynesil</w:t>
            </w:r>
            <w:proofErr w:type="spellEnd"/>
            <w:r>
              <w:t>/</w:t>
            </w:r>
            <w:proofErr w:type="spellStart"/>
            <w:r>
              <w:t>Çanakçı</w:t>
            </w:r>
            <w:proofErr w:type="spellEnd"/>
          </w:p>
        </w:tc>
        <w:tc>
          <w:tcPr>
            <w:tcW w:w="4320" w:type="dxa"/>
          </w:tcPr>
          <w:p w14:paraId="5FCF9B91" w14:textId="77777777" w:rsidR="00D73476" w:rsidRDefault="00D73476" w:rsidP="00FD37F4">
            <w:r>
              <w:t xml:space="preserve">22 </w:t>
            </w:r>
            <w:proofErr w:type="spellStart"/>
            <w:r>
              <w:t>Öğretmen</w:t>
            </w:r>
            <w:proofErr w:type="spellEnd"/>
          </w:p>
        </w:tc>
      </w:tr>
      <w:tr w:rsidR="00D73476" w14:paraId="075E23E0" w14:textId="77777777" w:rsidTr="00FD37F4">
        <w:tc>
          <w:tcPr>
            <w:tcW w:w="4320" w:type="dxa"/>
          </w:tcPr>
          <w:p w14:paraId="3D76EC5C" w14:textId="77777777" w:rsidR="00D73476" w:rsidRDefault="00D73476" w:rsidP="00FD37F4">
            <w:proofErr w:type="spellStart"/>
            <w:r>
              <w:t>Espiye</w:t>
            </w:r>
            <w:proofErr w:type="spellEnd"/>
            <w:r>
              <w:t>/</w:t>
            </w:r>
            <w:proofErr w:type="spellStart"/>
            <w:r>
              <w:t>Yağlıdere</w:t>
            </w:r>
            <w:proofErr w:type="spellEnd"/>
            <w:r>
              <w:t>/</w:t>
            </w:r>
            <w:proofErr w:type="spellStart"/>
            <w:r>
              <w:t>Güce</w:t>
            </w:r>
            <w:proofErr w:type="spellEnd"/>
          </w:p>
        </w:tc>
        <w:tc>
          <w:tcPr>
            <w:tcW w:w="4320" w:type="dxa"/>
          </w:tcPr>
          <w:p w14:paraId="165649E9" w14:textId="77777777" w:rsidR="00D73476" w:rsidRDefault="00D73476" w:rsidP="00FD37F4">
            <w:r>
              <w:t xml:space="preserve">17 </w:t>
            </w:r>
            <w:proofErr w:type="spellStart"/>
            <w:r>
              <w:t>Öğretmen</w:t>
            </w:r>
            <w:proofErr w:type="spellEnd"/>
          </w:p>
        </w:tc>
      </w:tr>
      <w:tr w:rsidR="00D73476" w14:paraId="0DFC453D" w14:textId="77777777" w:rsidTr="00FD37F4">
        <w:tc>
          <w:tcPr>
            <w:tcW w:w="4320" w:type="dxa"/>
          </w:tcPr>
          <w:p w14:paraId="4192ECA4" w14:textId="77777777" w:rsidR="00D73476" w:rsidRDefault="00D73476" w:rsidP="00FD37F4">
            <w:proofErr w:type="spellStart"/>
            <w:r>
              <w:t>Tirebolu</w:t>
            </w:r>
            <w:proofErr w:type="spellEnd"/>
            <w:r>
              <w:t>/</w:t>
            </w:r>
            <w:proofErr w:type="spellStart"/>
            <w:r>
              <w:t>Doğankent</w:t>
            </w:r>
            <w:proofErr w:type="spellEnd"/>
          </w:p>
        </w:tc>
        <w:tc>
          <w:tcPr>
            <w:tcW w:w="4320" w:type="dxa"/>
          </w:tcPr>
          <w:p w14:paraId="3C8D261F" w14:textId="77777777" w:rsidR="00D73476" w:rsidRDefault="00D73476" w:rsidP="00FD37F4">
            <w:r>
              <w:t xml:space="preserve">10 </w:t>
            </w:r>
            <w:proofErr w:type="spellStart"/>
            <w:r>
              <w:t>Öğretmen</w:t>
            </w:r>
            <w:proofErr w:type="spellEnd"/>
          </w:p>
        </w:tc>
      </w:tr>
      <w:tr w:rsidR="00D73476" w14:paraId="227827D2" w14:textId="77777777" w:rsidTr="00FD37F4">
        <w:tc>
          <w:tcPr>
            <w:tcW w:w="4320" w:type="dxa"/>
          </w:tcPr>
          <w:p w14:paraId="21F8DDB3" w14:textId="77777777" w:rsidR="00D73476" w:rsidRDefault="00D73476" w:rsidP="00FD37F4">
            <w:r>
              <w:t xml:space="preserve">Giresun </w:t>
            </w:r>
            <w:proofErr w:type="spellStart"/>
            <w:r>
              <w:t>Üniversitesi</w:t>
            </w:r>
            <w:proofErr w:type="spellEnd"/>
            <w:r>
              <w:t>/Merkez</w:t>
            </w:r>
          </w:p>
        </w:tc>
        <w:tc>
          <w:tcPr>
            <w:tcW w:w="4320" w:type="dxa"/>
          </w:tcPr>
          <w:p w14:paraId="635DD9C4" w14:textId="77777777" w:rsidR="00D73476" w:rsidRDefault="00D73476" w:rsidP="00FD37F4">
            <w:r>
              <w:t xml:space="preserve">13 </w:t>
            </w:r>
            <w:proofErr w:type="spellStart"/>
            <w:r>
              <w:t>Akademisyen</w:t>
            </w:r>
            <w:proofErr w:type="spellEnd"/>
          </w:p>
        </w:tc>
      </w:tr>
    </w:tbl>
    <w:p w14:paraId="769C612D" w14:textId="77777777" w:rsidR="00D73476" w:rsidRPr="000C7F29" w:rsidRDefault="00D73476" w:rsidP="00D73476">
      <w:pPr>
        <w:pStyle w:val="Balk1"/>
      </w:pPr>
      <w:r>
        <w:lastRenderedPageBreak/>
        <w:t xml:space="preserve">4. STEM </w:t>
      </w:r>
      <w:proofErr w:type="spellStart"/>
      <w:r>
        <w:t>Keşif</w:t>
      </w:r>
      <w:proofErr w:type="spellEnd"/>
      <w:r>
        <w:t xml:space="preserve"> </w:t>
      </w:r>
      <w:proofErr w:type="spellStart"/>
      <w:r>
        <w:t>Kampanyası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Yarışmalar</w:t>
      </w:r>
      <w:proofErr w:type="spellEnd"/>
    </w:p>
    <w:p w14:paraId="6848FCE6" w14:textId="77777777" w:rsidR="00D73476" w:rsidRDefault="00D73476" w:rsidP="00D73476"/>
    <w:p w14:paraId="531ADFA4" w14:textId="77777777" w:rsidR="00D73476" w:rsidRDefault="00D73476" w:rsidP="00D73476">
      <w:r>
        <w:t xml:space="preserve">STEM </w:t>
      </w:r>
      <w:proofErr w:type="spellStart"/>
      <w:r>
        <w:t>Keşif</w:t>
      </w:r>
      <w:proofErr w:type="spellEnd"/>
      <w:r>
        <w:t xml:space="preserve"> </w:t>
      </w:r>
      <w:proofErr w:type="spellStart"/>
      <w:r>
        <w:t>Kampanyası</w:t>
      </w:r>
      <w:proofErr w:type="spellEnd"/>
      <w:r>
        <w:t xml:space="preserve"> </w:t>
      </w:r>
      <w:proofErr w:type="spellStart"/>
      <w:r>
        <w:t>Yarışmalarına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çevrim</w:t>
      </w:r>
      <w:proofErr w:type="spellEnd"/>
      <w:r>
        <w:t xml:space="preserve"> </w:t>
      </w:r>
      <w:proofErr w:type="spellStart"/>
      <w:r>
        <w:t>içi</w:t>
      </w:r>
      <w:proofErr w:type="spellEnd"/>
      <w:r>
        <w:t xml:space="preserve"> </w:t>
      </w:r>
      <w:proofErr w:type="spellStart"/>
      <w:r>
        <w:t>webinarlar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yüz</w:t>
      </w:r>
      <w:proofErr w:type="spellEnd"/>
      <w:r>
        <w:t xml:space="preserve"> </w:t>
      </w:r>
      <w:proofErr w:type="spellStart"/>
      <w:r>
        <w:t>yüze</w:t>
      </w:r>
      <w:proofErr w:type="spellEnd"/>
      <w:r>
        <w:t xml:space="preserve"> </w:t>
      </w:r>
      <w:proofErr w:type="spellStart"/>
      <w:r>
        <w:t>bilgilendirme</w:t>
      </w:r>
      <w:proofErr w:type="spellEnd"/>
      <w:r>
        <w:t xml:space="preserve"> </w:t>
      </w:r>
      <w:proofErr w:type="spellStart"/>
      <w:r>
        <w:t>toplantıları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öğretmenlerimize</w:t>
      </w:r>
      <w:proofErr w:type="spellEnd"/>
      <w:r>
        <w:t xml:space="preserve"> </w:t>
      </w:r>
      <w:proofErr w:type="spellStart"/>
      <w:r>
        <w:t>rehberlik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, il </w:t>
      </w:r>
      <w:proofErr w:type="spellStart"/>
      <w:r>
        <w:t>genelinde</w:t>
      </w:r>
      <w:proofErr w:type="spellEnd"/>
      <w:r>
        <w:t xml:space="preserve"> </w:t>
      </w:r>
      <w:proofErr w:type="spellStart"/>
      <w:r>
        <w:t>yarışmalara</w:t>
      </w:r>
      <w:proofErr w:type="spellEnd"/>
      <w:r>
        <w:t xml:space="preserve"> </w:t>
      </w:r>
      <w:proofErr w:type="spellStart"/>
      <w:r>
        <w:t>toplam</w:t>
      </w:r>
      <w:proofErr w:type="spellEnd"/>
      <w:r>
        <w:t xml:space="preserve"> 84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katılım</w:t>
      </w:r>
      <w:proofErr w:type="spellEnd"/>
      <w:r>
        <w:t xml:space="preserve"> </w:t>
      </w:r>
      <w:proofErr w:type="spellStart"/>
      <w:r>
        <w:t>sağlanmıştır</w:t>
      </w:r>
      <w:proofErr w:type="spellEnd"/>
      <w:r>
        <w:t>.</w:t>
      </w:r>
    </w:p>
    <w:p w14:paraId="4902797C" w14:textId="77777777" w:rsidR="00D73476" w:rsidRDefault="00D73476" w:rsidP="00D73476">
      <w:pPr>
        <w:pStyle w:val="Balk1"/>
      </w:pPr>
      <w:r>
        <w:t xml:space="preserve">5. STEM </w:t>
      </w:r>
      <w:proofErr w:type="spellStart"/>
      <w:r>
        <w:t>Okul</w:t>
      </w:r>
      <w:proofErr w:type="spellEnd"/>
      <w:r>
        <w:t xml:space="preserve"> </w:t>
      </w:r>
      <w:proofErr w:type="spellStart"/>
      <w:r>
        <w:t>Etiketi</w:t>
      </w:r>
      <w:proofErr w:type="spellEnd"/>
      <w:r>
        <w:t xml:space="preserve"> </w:t>
      </w:r>
      <w:proofErr w:type="spellStart"/>
      <w:r>
        <w:t>Çalışmaları</w:t>
      </w:r>
      <w:proofErr w:type="spellEnd"/>
      <w:r>
        <w:t xml:space="preserve"> </w:t>
      </w:r>
    </w:p>
    <w:p w14:paraId="7EFB5AE4" w14:textId="77777777" w:rsidR="00D73476" w:rsidRDefault="00D73476" w:rsidP="00D73476"/>
    <w:p w14:paraId="0BDADCA9" w14:textId="77777777" w:rsidR="00D73476" w:rsidRDefault="00D73476" w:rsidP="00D73476">
      <w:proofErr w:type="spellStart"/>
      <w:r>
        <w:t>Mithatpaşa</w:t>
      </w:r>
      <w:proofErr w:type="spellEnd"/>
      <w:r>
        <w:t xml:space="preserve"> </w:t>
      </w:r>
      <w:proofErr w:type="spellStart"/>
      <w:r>
        <w:t>Ortaokulu</w:t>
      </w:r>
      <w:proofErr w:type="spellEnd"/>
      <w:r>
        <w:t>,</w:t>
      </w:r>
    </w:p>
    <w:p w14:paraId="664FEE5F" w14:textId="77777777" w:rsidR="00D73476" w:rsidRDefault="00D73476" w:rsidP="00D73476">
      <w:r>
        <w:t xml:space="preserve">Giresun </w:t>
      </w:r>
      <w:proofErr w:type="spellStart"/>
      <w:r>
        <w:t>Mesleki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Teknik Anadolu </w:t>
      </w:r>
      <w:proofErr w:type="spellStart"/>
      <w:r>
        <w:t>Lisesi</w:t>
      </w:r>
      <w:proofErr w:type="spellEnd"/>
    </w:p>
    <w:p w14:paraId="2378AE72" w14:textId="77777777" w:rsidR="00D73476" w:rsidRDefault="00D73476" w:rsidP="00D73476">
      <w:r>
        <w:t xml:space="preserve">Aksu 15 </w:t>
      </w:r>
      <w:proofErr w:type="spellStart"/>
      <w:r>
        <w:t>Temmuz</w:t>
      </w:r>
      <w:proofErr w:type="spellEnd"/>
      <w:r>
        <w:t xml:space="preserve"> </w:t>
      </w:r>
      <w:proofErr w:type="spellStart"/>
      <w:r>
        <w:t>Şehitler</w:t>
      </w:r>
      <w:proofErr w:type="spellEnd"/>
      <w:r>
        <w:t xml:space="preserve"> Anadolu </w:t>
      </w:r>
      <w:proofErr w:type="spellStart"/>
      <w:r>
        <w:t>Lisesi</w:t>
      </w:r>
      <w:proofErr w:type="spellEnd"/>
    </w:p>
    <w:p w14:paraId="67C90F86" w14:textId="77777777" w:rsidR="00D73476" w:rsidRDefault="00D73476" w:rsidP="00D73476">
      <w:r>
        <w:t xml:space="preserve">Giresun </w:t>
      </w:r>
      <w:proofErr w:type="spellStart"/>
      <w:r>
        <w:t>Bilim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Sanat </w:t>
      </w:r>
      <w:proofErr w:type="spellStart"/>
      <w:r>
        <w:t>Merkezi</w:t>
      </w:r>
      <w:proofErr w:type="spellEnd"/>
      <w:r>
        <w:t>,</w:t>
      </w:r>
    </w:p>
    <w:p w14:paraId="276565CB" w14:textId="77777777" w:rsidR="00D73476" w:rsidRDefault="00D73476" w:rsidP="00D73476">
      <w:r>
        <w:t xml:space="preserve">Hasan Ali </w:t>
      </w:r>
      <w:proofErr w:type="spellStart"/>
      <w:r>
        <w:t>Yücel</w:t>
      </w:r>
      <w:proofErr w:type="spellEnd"/>
      <w:r>
        <w:t xml:space="preserve"> </w:t>
      </w:r>
      <w:proofErr w:type="spellStart"/>
      <w:r>
        <w:t>İlkokulu</w:t>
      </w:r>
      <w:proofErr w:type="spellEnd"/>
      <w:r>
        <w:t xml:space="preserve">, </w:t>
      </w:r>
    </w:p>
    <w:p w14:paraId="77FED59D" w14:textId="77777777" w:rsidR="00D73476" w:rsidRDefault="00D73476" w:rsidP="00D73476">
      <w:proofErr w:type="spellStart"/>
      <w:r>
        <w:t>Nurettin</w:t>
      </w:r>
      <w:proofErr w:type="spellEnd"/>
      <w:r>
        <w:t xml:space="preserve"> </w:t>
      </w:r>
      <w:proofErr w:type="spellStart"/>
      <w:r>
        <w:t>Canikli</w:t>
      </w:r>
      <w:proofErr w:type="spellEnd"/>
      <w:r>
        <w:t xml:space="preserve"> Anadolu İmam </w:t>
      </w:r>
      <w:proofErr w:type="spellStart"/>
      <w:r>
        <w:t>Hatip</w:t>
      </w:r>
      <w:proofErr w:type="spellEnd"/>
      <w:r>
        <w:t xml:space="preserve"> </w:t>
      </w:r>
      <w:proofErr w:type="spellStart"/>
      <w:r>
        <w:t>Lisesi</w:t>
      </w:r>
      <w:proofErr w:type="spellEnd"/>
      <w:r>
        <w:t xml:space="preserve"> </w:t>
      </w:r>
    </w:p>
    <w:p w14:paraId="0655E312" w14:textId="77777777" w:rsidR="00D73476" w:rsidRDefault="00D73476" w:rsidP="00D73476">
      <w:proofErr w:type="spellStart"/>
      <w:r>
        <w:t>Eynesil</w:t>
      </w:r>
      <w:proofErr w:type="spellEnd"/>
      <w:r>
        <w:t xml:space="preserve"> Anadolu </w:t>
      </w:r>
      <w:proofErr w:type="spellStart"/>
      <w:r>
        <w:t>Lisesi</w:t>
      </w:r>
      <w:proofErr w:type="spellEnd"/>
    </w:p>
    <w:p w14:paraId="27F4E6E8" w14:textId="77777777" w:rsidR="00D73476" w:rsidRDefault="00D73476" w:rsidP="00D73476">
      <w:r>
        <w:t xml:space="preserve"> </w:t>
      </w:r>
      <w:proofErr w:type="spellStart"/>
      <w:r>
        <w:t>etiket</w:t>
      </w:r>
      <w:proofErr w:type="spellEnd"/>
      <w:r>
        <w:t xml:space="preserve"> </w:t>
      </w:r>
      <w:proofErr w:type="spellStart"/>
      <w:r>
        <w:t>almaya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kazanan</w:t>
      </w:r>
      <w:proofErr w:type="spellEnd"/>
      <w:r>
        <w:t xml:space="preserve"> </w:t>
      </w:r>
      <w:proofErr w:type="spellStart"/>
      <w:r>
        <w:t>kurumlar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almıştır</w:t>
      </w:r>
      <w:proofErr w:type="spellEnd"/>
      <w:r>
        <w:t>.</w:t>
      </w:r>
    </w:p>
    <w:p w14:paraId="794B230D" w14:textId="77777777" w:rsidR="00D73476" w:rsidRDefault="00D73476" w:rsidP="00D73476">
      <w:pP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</w:pPr>
    </w:p>
    <w:p w14:paraId="528CA295" w14:textId="77777777" w:rsidR="00D73476" w:rsidRDefault="00D73476" w:rsidP="00D73476">
      <w:pP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</w:pPr>
      <w:r w:rsidRPr="000C7F29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 xml:space="preserve">6. </w:t>
      </w:r>
      <w:proofErr w:type="spellStart"/>
      <w:r w:rsidRPr="000C7F29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>Mentörlük</w:t>
      </w:r>
      <w:proofErr w:type="spellEnd"/>
      <w:r w:rsidRPr="000C7F29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 xml:space="preserve"> </w:t>
      </w:r>
      <w:proofErr w:type="spellStart"/>
      <w:r w:rsidRPr="000C7F29"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>Faaliyetleri</w:t>
      </w:r>
      <w:proofErr w:type="spellEnd"/>
      <w: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 xml:space="preserve"> </w:t>
      </w:r>
    </w:p>
    <w:p w14:paraId="78460784" w14:textId="77777777" w:rsidR="00D73476" w:rsidRDefault="00D73476" w:rsidP="00D73476">
      <w:proofErr w:type="spellStart"/>
      <w:r w:rsidRPr="000C7F29">
        <w:t>Amasya</w:t>
      </w:r>
      <w:proofErr w:type="spellEnd"/>
      <w:r w:rsidRPr="000C7F29">
        <w:t xml:space="preserve">, Bayburt, Erzurum, Malatya </w:t>
      </w:r>
      <w:proofErr w:type="spellStart"/>
      <w:r w:rsidRPr="000C7F29">
        <w:t>ve</w:t>
      </w:r>
      <w:proofErr w:type="spellEnd"/>
      <w:r w:rsidRPr="000C7F29">
        <w:t xml:space="preserve"> Trabzon </w:t>
      </w:r>
      <w:proofErr w:type="spellStart"/>
      <w:r w:rsidRPr="000C7F29">
        <w:t>illerine</w:t>
      </w:r>
      <w:proofErr w:type="spellEnd"/>
      <w:r w:rsidRPr="000C7F29">
        <w:t xml:space="preserve"> </w:t>
      </w:r>
      <w:proofErr w:type="spellStart"/>
      <w:r w:rsidRPr="000C7F29">
        <w:t>yönelik</w:t>
      </w:r>
      <w:proofErr w:type="spellEnd"/>
      <w:r w:rsidRPr="000C7F29">
        <w:t xml:space="preserve"> </w:t>
      </w:r>
      <w:proofErr w:type="spellStart"/>
      <w:r w:rsidRPr="000C7F29">
        <w:t>mentörlük</w:t>
      </w:r>
      <w:proofErr w:type="spellEnd"/>
      <w:r w:rsidRPr="000C7F29">
        <w:t xml:space="preserve"> </w:t>
      </w:r>
      <w:proofErr w:type="spellStart"/>
      <w:r w:rsidRPr="000C7F29">
        <w:t>çalışmaları</w:t>
      </w:r>
      <w:proofErr w:type="spellEnd"/>
      <w:r w:rsidRPr="000C7F29">
        <w:t xml:space="preserve"> </w:t>
      </w:r>
      <w:proofErr w:type="spellStart"/>
      <w:r w:rsidRPr="000C7F29">
        <w:t>sürdürül</w:t>
      </w:r>
      <w:r>
        <w:t>mekte</w:t>
      </w:r>
      <w:proofErr w:type="spellEnd"/>
      <w:r>
        <w:t xml:space="preserve">, </w:t>
      </w:r>
      <w:proofErr w:type="spellStart"/>
      <w:r>
        <w:t>haftalık</w:t>
      </w:r>
      <w:proofErr w:type="spellEnd"/>
      <w:r>
        <w:t xml:space="preserve"> </w:t>
      </w:r>
      <w:proofErr w:type="spellStart"/>
      <w:r w:rsidRPr="000C7F29">
        <w:t>çevrim</w:t>
      </w:r>
      <w:proofErr w:type="spellEnd"/>
      <w:r w:rsidRPr="000C7F29">
        <w:t xml:space="preserve"> </w:t>
      </w:r>
      <w:proofErr w:type="spellStart"/>
      <w:r w:rsidRPr="000C7F29">
        <w:t>içi</w:t>
      </w:r>
      <w:proofErr w:type="spellEnd"/>
      <w:r w:rsidRPr="000C7F29">
        <w:t xml:space="preserve"> </w:t>
      </w:r>
      <w:proofErr w:type="spellStart"/>
      <w:r w:rsidRPr="000C7F29">
        <w:t>destek</w:t>
      </w:r>
      <w:proofErr w:type="spellEnd"/>
      <w:r w:rsidRPr="000C7F29">
        <w:t xml:space="preserve"> </w:t>
      </w:r>
      <w:proofErr w:type="spellStart"/>
      <w:r w:rsidRPr="000C7F29">
        <w:t>ve</w:t>
      </w:r>
      <w:proofErr w:type="spellEnd"/>
      <w:r w:rsidRPr="000C7F29">
        <w:t xml:space="preserve"> </w:t>
      </w:r>
      <w:proofErr w:type="spellStart"/>
      <w:r w:rsidRPr="000C7F29">
        <w:t>koordinasyon</w:t>
      </w:r>
      <w:proofErr w:type="spellEnd"/>
      <w:r w:rsidRPr="000C7F29">
        <w:t xml:space="preserve"> </w:t>
      </w:r>
      <w:proofErr w:type="spellStart"/>
      <w:r w:rsidRPr="000C7F29">
        <w:t>toplantı</w:t>
      </w:r>
      <w:r>
        <w:t>ları</w:t>
      </w:r>
      <w:proofErr w:type="spellEnd"/>
      <w:r w:rsidRPr="000C7F29">
        <w:t xml:space="preserve"> </w:t>
      </w:r>
      <w:proofErr w:type="spellStart"/>
      <w:r w:rsidRPr="000C7F29">
        <w:t>gerçekleştirilm</w:t>
      </w:r>
      <w:r>
        <w:t>ektedir</w:t>
      </w:r>
      <w:proofErr w:type="spellEnd"/>
      <w:r>
        <w:t xml:space="preserve">. </w:t>
      </w:r>
    </w:p>
    <w:p w14:paraId="319B478B" w14:textId="77777777" w:rsidR="00D73476" w:rsidRDefault="00D73476" w:rsidP="00D73476"/>
    <w:p w14:paraId="2D146B40" w14:textId="77777777" w:rsidR="00D73476" w:rsidRDefault="00D73476" w:rsidP="00D73476">
      <w:pP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 xml:space="preserve">7. Giresun YEĞİTEK </w:t>
      </w:r>
      <w:proofErr w:type="spellStart"/>
      <w: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  <w:t>Sergisi</w:t>
      </w:r>
      <w:proofErr w:type="spellEnd"/>
    </w:p>
    <w:p w14:paraId="0363423B" w14:textId="77777777" w:rsidR="00D73476" w:rsidRPr="000C7F29" w:rsidRDefault="00D73476" w:rsidP="00D73476">
      <w:pPr>
        <w:rPr>
          <w:rFonts w:asciiTheme="majorHAnsi" w:hAnsiTheme="majorHAnsi" w:cstheme="majorHAnsi"/>
          <w:b/>
          <w:bCs/>
          <w:color w:val="1F497D" w:themeColor="text2"/>
          <w:sz w:val="28"/>
          <w:szCs w:val="28"/>
        </w:rPr>
      </w:pPr>
      <w:r>
        <w:t xml:space="preserve">19 </w:t>
      </w:r>
      <w:proofErr w:type="spellStart"/>
      <w:r>
        <w:t>Haziran</w:t>
      </w:r>
      <w:proofErr w:type="spellEnd"/>
      <w:r>
        <w:t xml:space="preserve"> 2026 </w:t>
      </w:r>
      <w:proofErr w:type="spellStart"/>
      <w:r>
        <w:t>tarihinde</w:t>
      </w:r>
      <w:proofErr w:type="spellEnd"/>
      <w:r>
        <w:t xml:space="preserve"> Giresun YEĞİTEK </w:t>
      </w:r>
      <w:proofErr w:type="spellStart"/>
      <w:r>
        <w:t>sergisi</w:t>
      </w:r>
      <w:proofErr w:type="spellEnd"/>
      <w:r>
        <w:t xml:space="preserve"> </w:t>
      </w:r>
      <w:proofErr w:type="spellStart"/>
      <w:r>
        <w:t>düzenlenmesi</w:t>
      </w:r>
      <w:proofErr w:type="spellEnd"/>
      <w:r>
        <w:t xml:space="preserve"> </w:t>
      </w:r>
      <w:proofErr w:type="spellStart"/>
      <w:r>
        <w:t>planlanmaktadır</w:t>
      </w:r>
      <w:proofErr w:type="spellEnd"/>
      <w:r>
        <w:t xml:space="preserve">,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sürecinin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26 STEM </w:t>
      </w:r>
      <w:proofErr w:type="spellStart"/>
      <w:r>
        <w:t>Projesi</w:t>
      </w:r>
      <w:proofErr w:type="spellEnd"/>
      <w:r>
        <w:t xml:space="preserve"> </w:t>
      </w:r>
      <w:proofErr w:type="spellStart"/>
      <w:r>
        <w:t>sergiye</w:t>
      </w:r>
      <w:proofErr w:type="spellEnd"/>
      <w:r>
        <w:t xml:space="preserve"> </w:t>
      </w:r>
      <w:proofErr w:type="spellStart"/>
      <w:r>
        <w:t>katılmaya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kazanmıştır</w:t>
      </w:r>
      <w:proofErr w:type="spellEnd"/>
      <w:r>
        <w:t xml:space="preserve">. </w:t>
      </w:r>
    </w:p>
    <w:p w14:paraId="11F08BF5" w14:textId="77777777" w:rsidR="00D73476" w:rsidRDefault="00D73476" w:rsidP="00D73476">
      <w:r>
        <w:tab/>
        <w:t xml:space="preserve">                                                                                                                                  </w:t>
      </w:r>
    </w:p>
    <w:p w14:paraId="5435E429" w14:textId="77777777" w:rsidR="00D73476" w:rsidRDefault="00D73476" w:rsidP="00D73476">
      <w:r>
        <w:t xml:space="preserve">                                                                                                                                   </w:t>
      </w:r>
      <w:proofErr w:type="spellStart"/>
      <w:r>
        <w:t>Gülfidan</w:t>
      </w:r>
      <w:proofErr w:type="spellEnd"/>
      <w:r>
        <w:t xml:space="preserve"> AYDIN</w:t>
      </w:r>
    </w:p>
    <w:p w14:paraId="327ECE8A" w14:textId="77777777" w:rsidR="00D73476" w:rsidRDefault="00D73476" w:rsidP="00D73476">
      <w:r>
        <w:t xml:space="preserve">                                                                                                                      Giresun STEM İl </w:t>
      </w:r>
      <w:proofErr w:type="spellStart"/>
      <w:r>
        <w:t>Koordinatörü</w:t>
      </w:r>
      <w:proofErr w:type="spellEnd"/>
    </w:p>
    <w:bookmarkEnd w:id="0"/>
    <w:p w14:paraId="47EBC144" w14:textId="77777777" w:rsidR="00D73476" w:rsidRDefault="00D73476" w:rsidP="00210BB2"/>
    <w:sectPr w:rsidR="00D734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7687964">
    <w:abstractNumId w:val="8"/>
  </w:num>
  <w:num w:numId="2" w16cid:durableId="1798835700">
    <w:abstractNumId w:val="6"/>
  </w:num>
  <w:num w:numId="3" w16cid:durableId="449514372">
    <w:abstractNumId w:val="5"/>
  </w:num>
  <w:num w:numId="4" w16cid:durableId="2121996714">
    <w:abstractNumId w:val="4"/>
  </w:num>
  <w:num w:numId="5" w16cid:durableId="273485338">
    <w:abstractNumId w:val="7"/>
  </w:num>
  <w:num w:numId="6" w16cid:durableId="928776842">
    <w:abstractNumId w:val="3"/>
  </w:num>
  <w:num w:numId="7" w16cid:durableId="46345346">
    <w:abstractNumId w:val="2"/>
  </w:num>
  <w:num w:numId="8" w16cid:durableId="991906926">
    <w:abstractNumId w:val="1"/>
  </w:num>
  <w:num w:numId="9" w16cid:durableId="148026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C70"/>
    <w:rsid w:val="00034616"/>
    <w:rsid w:val="0006063C"/>
    <w:rsid w:val="000C7F29"/>
    <w:rsid w:val="0015074B"/>
    <w:rsid w:val="00210BB2"/>
    <w:rsid w:val="00275277"/>
    <w:rsid w:val="0029639D"/>
    <w:rsid w:val="00326F90"/>
    <w:rsid w:val="00773A57"/>
    <w:rsid w:val="00A90705"/>
    <w:rsid w:val="00AA1D8D"/>
    <w:rsid w:val="00AD3796"/>
    <w:rsid w:val="00B47730"/>
    <w:rsid w:val="00CB0664"/>
    <w:rsid w:val="00D73476"/>
    <w:rsid w:val="00F50CFE"/>
    <w:rsid w:val="00FC693F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31B54"/>
  <w14:defaultImageDpi w14:val="300"/>
  <w15:docId w15:val="{76BD0FD8-BB88-3247-9747-40B5F813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670</Words>
  <Characters>4691</Characters>
  <Application>Microsoft Office Word</Application>
  <DocSecurity>0</DocSecurity>
  <Lines>114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Mehmet ABANOZ</cp:lastModifiedBy>
  <cp:revision>8</cp:revision>
  <dcterms:created xsi:type="dcterms:W3CDTF">2013-12-23T23:15:00Z</dcterms:created>
  <dcterms:modified xsi:type="dcterms:W3CDTF">2026-06-02T08:10:00Z</dcterms:modified>
  <cp:category/>
</cp:coreProperties>
</file>